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Hilton Head Island, South Carolina, USA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Twelve miles of Atlantic beach, a candy-striped lighthouse, and Lowcountry marshes teeming with dolphins — Hilton Head is a polished, bikeable island that rewards cruise day-trippers who move fast.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(no cruise pier) · 🕒 Typical call: 6–8 hrs · 💵 USD · 🗣️ English · 🚲 Bike-friendly island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to Harbour Town Marina — no dedicated cruise pier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beach: </w:t>
      </w:r>
      <w:r>
        <w:rPr>
          <w:rFonts w:ascii="Arial" w:hAnsi="Arial" w:cs="Arial"/>
          <w:b w:val="0"/>
          <w:i w:val="0"/>
          <w:sz w:val="20"/>
        </w:rPr>
        <w:t>Coligny Beach ~5 mi from Harbour Town; bike or taxi required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Beaches, wildlife, cycling, Gullah heritage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Harbour Town Lighthouse climb for 360° island views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$10–$35 — Local taxis charge $10 for the first mile and $4 per additional mile with a $10 minimum. Short hops across the island ty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Lyft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Harbour Town Lighthouse Climb — </w:t>
      </w:r>
      <w:r>
        <w:rPr>
          <w:rFonts w:ascii="Arial" w:hAnsi="Arial" w:cs="Arial"/>
          <w:b w:val="0"/>
          <w:i w:val="0"/>
          <w:sz w:val="20"/>
        </w:rPr>
        <w:t>Climb the 114-step red-and-white lighthouse (90 ft tall) for sweeping views over the Calibogue Sound, marina, and island canopy.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Coligny Beach Day — </w:t>
      </w:r>
      <w:r>
        <w:rPr>
          <w:rFonts w:ascii="Arial" w:hAnsi="Arial" w:cs="Arial"/>
          <w:b w:val="0"/>
          <w:i w:val="0"/>
          <w:sz w:val="20"/>
        </w:rPr>
        <w:t>Hilton Head's most popular public beach offers 12 miles of Atlantic shoreline, free parking, outdoor showers, a splash fountain…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Dolphin-Watching Cruise — </w:t>
      </w:r>
      <w:r>
        <w:rPr>
          <w:rFonts w:ascii="Arial" w:hAnsi="Arial" w:cs="Arial"/>
          <w:b w:val="0"/>
          <w:i w:val="0"/>
          <w:sz w:val="20"/>
        </w:rPr>
        <w:t>Atlantic bottlenose dolphins are resident in the Sound year-round.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Pinckney Island Wildlife Refuge Bike Ride — </w:t>
      </w:r>
      <w:r>
        <w:rPr>
          <w:rFonts w:ascii="Arial" w:hAnsi="Arial" w:cs="Arial"/>
          <w:b w:val="0"/>
          <w:i w:val="0"/>
          <w:sz w:val="20"/>
        </w:rPr>
        <w:t>Just off the island, this 4,000-acre refuge has 14 miles of unpaved trails through maritime forest and salt marsh.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Gullah Heritage Trail Tour — </w:t>
      </w:r>
      <w:r>
        <w:rPr>
          <w:rFonts w:ascii="Arial" w:hAnsi="Arial" w:cs="Arial"/>
          <w:b w:val="0"/>
          <w:i w:val="0"/>
          <w:sz w:val="20"/>
        </w:rPr>
        <w:t>The Gullah people — descendants of enslaved West Africans — maintained a distinct culture on the Sea Islands.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Harbour Town Marina Loop: </w:t>
      </w:r>
      <w:r>
        <w:rPr>
          <w:rFonts w:ascii="Arial" w:hAnsi="Arial" w:cs="Arial"/>
          <w:b w:val="0"/>
          <w:i w:val="0"/>
          <w:sz w:val="20"/>
        </w:rPr>
        <w:t>0.5 mi · Easy · 15 min — Circle the marina from the tender dock past boutiques and restaurants to the base of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Coastal Discovery Museum Grounds: </w:t>
      </w:r>
      <w:r>
        <w:rPr>
          <w:rFonts w:ascii="Arial" w:hAnsi="Arial" w:cs="Arial"/>
          <w:b w:val="0"/>
          <w:i w:val="0"/>
          <w:sz w:val="20"/>
        </w:rPr>
        <w:t>1 mi · Easy · 30–45 min — The museum at Honey Horn Plantation (north end of island) has a self-guided outdoor trail through…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17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15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6:25AM–8:13PM · Jul 6:27AM–8:30PM · Sep 7:07AM–7:28PM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cruiseports.org/hilton-head-island-sc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Hilton Head Island, South Carolina, USA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ilton-head-island-sc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Harbour Town Lighthouse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Kayak Hilton Head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Coligny Beach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Dolphin &amp; Nature Tour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Coastal Discovery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Crossings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Church of the Cross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Dolphin Discoveries Hilton Head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