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Hilo, Big Island,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lush, rainy side of the Big Island — where active volcanoes meet towering waterfalls, black-sand beaches, and a relaxed small-town vibe that most Hawaii visitors never see.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pier in town · 🕒 Typical call: 8–10 hrs · 💵 US Dollar (USD) · 🗣️ English · Hawaiian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1 / Pier 2, Port of Hilo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~2 miles · taxi or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Volcanoes · Waterfalls ·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Hawaii Volcanoes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$12–16 — Metered taxis from the pier to historic downtown Hilo run about $12–16 (2–3 miles). Readily available on ship-arrival 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Hawaii Volcanoes National Park — </w:t>
      </w:r>
      <w:r>
        <w:rPr>
          <w:rFonts w:ascii="Arial" w:hAnsi="Arial" w:cs="Arial"/>
          <w:b w:val="0"/>
          <w:i w:val="0"/>
          <w:sz w:val="20"/>
        </w:rPr>
        <w:t>The must-do from Hilo.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Rainbow Falls &amp; Boiling Pots — </w:t>
      </w:r>
      <w:r>
        <w:rPr>
          <w:rFonts w:ascii="Arial" w:hAnsi="Arial" w:cs="Arial"/>
          <w:b w:val="0"/>
          <w:i w:val="0"/>
          <w:sz w:val="20"/>
        </w:rPr>
        <w:t>An 80-foot waterfall plunges into a lava rock pool at Wailuku River State Park — best visited on a sunny morning when rainbows…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ʻAkaka Falls State Park — </w:t>
      </w:r>
      <w:r>
        <w:rPr>
          <w:rFonts w:ascii="Arial" w:hAnsi="Arial" w:cs="Arial"/>
          <w:b w:val="0"/>
          <w:i w:val="0"/>
          <w:sz w:val="20"/>
        </w:rPr>
        <w:t>Hawaii's most spectacular single-drop waterfall: 442-foot ʻAkaka Falls plunges into a jungle gorge, accessible via an easy…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— Circle of Fire — </w:t>
      </w:r>
      <w:r>
        <w:rPr>
          <w:rFonts w:ascii="Arial" w:hAnsi="Arial" w:cs="Arial"/>
          <w:b w:val="0"/>
          <w:i w:val="0"/>
          <w:sz w:val="20"/>
        </w:rPr>
        <w:t>Soar over active lava fields, the Kilauea summit crater, black-sand coastlines, and the Hilo side's dense rainforest canopy.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Hilo &amp; Farmers Market — </w:t>
      </w:r>
      <w:r>
        <w:rPr>
          <w:rFonts w:ascii="Arial" w:hAnsi="Arial" w:cs="Arial"/>
          <w:b w:val="0"/>
          <w:i w:val="0"/>
          <w:sz w:val="20"/>
        </w:rPr>
        <w:t>Hilo's historic downtown has kept its 1940s–50s storefronts intact.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Liliuokalani Gardens &amp; Coconut Island: </w:t>
      </w:r>
      <w:r>
        <w:rPr>
          <w:rFonts w:ascii="Arial" w:hAnsi="Arial" w:cs="Arial"/>
          <w:b w:val="0"/>
          <w:i w:val="0"/>
          <w:sz w:val="20"/>
        </w:rPr>
        <w:t>~1.5 km loop · 1–1.5 hrs · easy — A 30-acre Japanese-style garden on Hilo Bay, complete with pagodas, fishponds, and stone lanterns.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Hilo Historic Walk: </w:t>
      </w:r>
      <w:r>
        <w:rPr>
          <w:rFonts w:ascii="Arial" w:hAnsi="Arial" w:cs="Arial"/>
          <w:b w:val="0"/>
          <w:i w:val="0"/>
          <w:sz w:val="20"/>
        </w:rPr>
        <w:t>~2 km · 1.5–2 hrs · easy — Start at the Hilo Farmers Market on Mamo Street, then stroll the historic downtown along Kamehameha…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5:44AM–6:48PM · Jul 5:50AM–7:02PM · Sep 6:08AM–6:22PM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Hilo, Big Island,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Richardson Ocean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Wailoa River State Recreation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Pacific Tsunami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Hilo Daijingu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Wailuku River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Panaewa Rainforest Zoo and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Moku Ola / Coconut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Wai'olena Beach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