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Hellevoetsluis, South Holland,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perfectly preserved Dutch fortress town where 17th-century naval bastions meet Europe's oldest stone dry dock — compact, walkable, and quietly extraordinary.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town quay · 🕒 Typical call: 6-8 hrs · 💶 Euro (€) · 🗣️ Dutch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River/small ships dock at the town quay —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Under 5 min from quay to historic fortress core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naval heritage, leisurely fortress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Droogdok Jan Blanken — oldest stone dry dock in Europe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(local) — Local taxi companies (Schiphol Taxi Hellevoetsluis, Denar Taxi) serve the area. Longer transfers to Rotterdam port run €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Droogdok Jan Blanken — </w:t>
      </w:r>
      <w:r>
        <w:rPr>
          <w:rFonts w:ascii="Arial" w:hAnsi="Arial" w:cs="Arial"/>
          <w:b w:val="0"/>
          <w:i w:val="0"/>
          <w:sz w:val="20"/>
        </w:rPr>
        <w:t>The oldest stone dry dock in Europe, built in the early 19th century and still intact.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Vesting Hellevoetsluis Fortress Walk — </w:t>
      </w:r>
      <w:r>
        <w:rPr>
          <w:rFonts w:ascii="Arial" w:hAnsi="Arial" w:cs="Arial"/>
          <w:b w:val="0"/>
          <w:i w:val="0"/>
          <w:sz w:val="20"/>
        </w:rPr>
        <w:t>Stroll the ramparts, bastions, and casemates of the remarkably preserved 17th-century fortress.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Firefighting Museum — </w:t>
      </w:r>
      <w:r>
        <w:rPr>
          <w:rFonts w:ascii="Arial" w:hAnsi="Arial" w:cs="Arial"/>
          <w:b w:val="0"/>
          <w:i w:val="0"/>
          <w:sz w:val="20"/>
        </w:rPr>
        <w:t>The Nationaal Brandweermuseum holds one of Europe's most impressive collections of historic firefighting equipment,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Kinderdijk Windmills Day Trip — </w:t>
      </w:r>
      <w:r>
        <w:rPr>
          <w:rFonts w:ascii="Arial" w:hAnsi="Arial" w:cs="Arial"/>
          <w:b w:val="0"/>
          <w:i w:val="0"/>
          <w:sz w:val="20"/>
        </w:rPr>
        <w:t>The UNESCO-listed Kinderdijk windmill network is roughly 40 km away — a classic Dutch experience popular as a longer excursion…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Haringvliet Waterway &amp; Marina — </w:t>
      </w:r>
      <w:r>
        <w:rPr>
          <w:rFonts w:ascii="Arial" w:hAnsi="Arial" w:cs="Arial"/>
          <w:b w:val="0"/>
          <w:i w:val="0"/>
          <w:sz w:val="20"/>
        </w:rPr>
        <w:t>The broad Haringvliet estuary framing the town is superb for kayaking, stand-up paddleboarding, and boat trips.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Fortress Core Loop: </w:t>
      </w:r>
      <w:r>
        <w:rPr>
          <w:rFonts w:ascii="Arial" w:hAnsi="Arial" w:cs="Arial"/>
          <w:b w:val="0"/>
          <w:i w:val="0"/>
          <w:sz w:val="20"/>
        </w:rPr>
        <w:t>~2 km • 45 min • Flat, paved — From the town quay, walk to Droogdok Jan Blanken, continue past the Prinsehuis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&amp; Waterfront Stroll: </w:t>
      </w:r>
      <w:r>
        <w:rPr>
          <w:rFonts w:ascii="Arial" w:hAnsi="Arial" w:cs="Arial"/>
          <w:b w:val="0"/>
          <w:i w:val="0"/>
          <w:sz w:val="20"/>
        </w:rPr>
        <w:t>~1 km • 20 min • Flat — An easy walk along the Hellevoetsluis marina and Haringvliet waterfront — good for watching boats…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5:50AM–9:30PM · Jul 5:42AM–9:55PM · Sep 7:18AM–7:57PM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cruiseports.org/hellevoetsluis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Hellevoetsluis, South Holland,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ellevoetslui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Openluchtmuseum De Duinhuisjes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Torenmuseum Goedereede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Catharijnekerk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Fluisterboot de IJsvogel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Historyland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Firefighting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Slot Ravesteyn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Historical Museum Den Briel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