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Havre-Saint-Pierre, Quebec,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North America's most remote cruise calls, Havre-Saint-Pierre opens the door to surreal limestone monoliths, Atlantic puffin colonies, and proud Acadian traditions on the subarctic North Shore of the Gulf of St. Lawrence.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(ships anchor offshore) · 🕒 Typical call: 7-9 hrs · 💵 Canadian Dollar (CAD) · 🗣️ French (Acadian dialect) · 🌿 National Park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anchor; small boats ferry passengers to the town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dock to main street (Rue de la Digue)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Mingan Archipelago boat tours, puffin-watching, Acadian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Chicoutai (cloudberry) pie at Chez Julie; puffins on Île aux Perroquets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~CAD 10–15 per trip — Local taxis serve the town; fares are short given the small size of Havre-Saint-Pierre. Ask at the pier or check with yo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Mingan Archipelago Monolith Boat Tour — </w:t>
      </w:r>
      <w:r>
        <w:rPr>
          <w:rFonts w:ascii="Arial" w:hAnsi="Arial" w:cs="Arial"/>
          <w:b w:val="0"/>
          <w:i w:val="0"/>
          <w:sz w:val="20"/>
        </w:rPr>
        <w:t>Cruise among the largest concentration of erosion monoliths in Canada — surreal limestone formations carved into pillars, arches…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Puffin Colony at Île aux Perroquets — </w:t>
      </w:r>
      <w:r>
        <w:rPr>
          <w:rFonts w:ascii="Arial" w:hAnsi="Arial" w:cs="Arial"/>
          <w:b w:val="0"/>
          <w:i w:val="0"/>
          <w:sz w:val="20"/>
        </w:rPr>
        <w:t>This island hosts a breeding colony of Atlantic Puffins (June–late August) alongside a historic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Acadian &amp; Innu Cultural Visit — </w:t>
      </w:r>
      <w:r>
        <w:rPr>
          <w:rFonts w:ascii="Arial" w:hAnsi="Arial" w:cs="Arial"/>
          <w:b w:val="0"/>
          <w:i w:val="0"/>
          <w:sz w:val="20"/>
        </w:rPr>
        <w:t>Explore the Maison de la Culture Roland-Jomphe in the old Hudson's Bay Company building for multimedia exhibits on the Cayens…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Boardwalk &amp; Town Self-Guided Walk — </w:t>
      </w:r>
      <w:r>
        <w:rPr>
          <w:rFonts w:ascii="Arial" w:hAnsi="Arial" w:cs="Arial"/>
          <w:b w:val="0"/>
          <w:i w:val="0"/>
          <w:sz w:val="20"/>
        </w:rPr>
        <w:t>The Sentier de la Digue boardwalk runs along the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Shore Seafood &amp; Cloudberry Tasting — </w:t>
      </w:r>
      <w:r>
        <w:rPr>
          <w:rFonts w:ascii="Arial" w:hAnsi="Arial" w:cs="Arial"/>
          <w:b w:val="0"/>
          <w:i w:val="0"/>
          <w:sz w:val="20"/>
        </w:rPr>
        <w:t>Chez Julie on Rue de la Digue is a port institution serving legendary seafood pizza piled with shrimp, scallops, and crab, plus…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Boardwalk &amp; Town Centre Loop: </w:t>
      </w:r>
      <w:r>
        <w:rPr>
          <w:rFonts w:ascii="Arial" w:hAnsi="Arial" w:cs="Arial"/>
          <w:b w:val="0"/>
          <w:i w:val="0"/>
          <w:sz w:val="20"/>
        </w:rPr>
        <w:t>1.5 km · 20-25 min · Easy — From the tender dock, walk along the Sentier de la Digue boardwalk past whale-watching benches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 &amp; La Grande Plage Stroll: </w:t>
      </w:r>
      <w:r>
        <w:rPr>
          <w:rFonts w:ascii="Arial" w:hAnsi="Arial" w:cs="Arial"/>
          <w:b w:val="0"/>
          <w:i w:val="0"/>
          <w:sz w:val="20"/>
        </w:rPr>
        <w:t>2 km · 30 min · Easy — Head inland briefly to see the historic wooden Saint-Pierre Church, then continue to La Grande…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4:27AM–7:55PM · Jul 4:21AM–8:18PM · Sep 5:50AM–6:27PM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cruiseports.org/havre-saint-pierre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Havre-Saint-Pierre, Quebec,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vre-saint-pier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Réserve de parc national de l'Archipel-de-Mingan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 Ferré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