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Harvest Caye, Southern Belize, Belize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Norwegian Cruise Line's private 75-acre island in the Placencia Peninsula region puts the Belize Barrier Reef, Mayan ruins, and rainforest rivers all within reach — plus a sprawling 15,000-sq-ft resort lagoon pool if you'd rather not leave.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(private pier) · 🕒 Typical call: 7-9 hrs · 💵 USD widely accepted · 🗣️ English (official) · 🏝️ NCL/Oceania/Regent private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— no tender needed; complimentary tram runs pier to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barrier reef snorkel, Mayan ruin excursions, ziplining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Belize Barrier Reef snorkel (UNESCO) and the Flighthouse ziplines from a 136-ft tower (soaring ~100 ft over the lagoon)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Note: </w:t>
      </w:r>
      <w:r>
        <w:rPr>
          <w:rFonts w:ascii="Arial" w:hAnsi="Arial" w:cs="Arial"/>
          <w:b w:val="0"/>
          <w:i w:val="0"/>
          <w:sz w:val="20"/>
        </w:rPr>
        <w:t>Food &amp; drinks on island are NOT included — bring cash or card; ship beverage package doesn't apply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~.50– USD per person — Once ashore in Placencia, local taxis are available for short hops around town. Fares within the village run about 5 BZD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Belize Barrier Reef Snorkel — </w:t>
      </w:r>
      <w:r>
        <w:rPr>
          <w:rFonts w:ascii="Arial" w:hAnsi="Arial" w:cs="Arial"/>
          <w:b w:val="0"/>
          <w:i w:val="0"/>
          <w:sz w:val="20"/>
        </w:rPr>
        <w:t>The world's second-longest barrier reef runs parallel to the coast offshore.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Flighthouse Zipline &amp; Ropes Course — </w:t>
      </w:r>
      <w:r>
        <w:rPr>
          <w:rFonts w:ascii="Arial" w:hAnsi="Arial" w:cs="Arial"/>
          <w:b w:val="0"/>
          <w:i w:val="0"/>
          <w:sz w:val="20"/>
        </w:rPr>
        <w:t>A 136-foot Flighthouse tower anchors over 3,000 feet of ziplines across the island, soaring up to ~100 ft over the beach, pool…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Nim Li Punit Mayan Ruins — </w:t>
      </w:r>
      <w:r>
        <w:rPr>
          <w:rFonts w:ascii="Arial" w:hAnsi="Arial" w:cs="Arial"/>
          <w:b w:val="0"/>
          <w:i w:val="0"/>
          <w:sz w:val="20"/>
        </w:rPr>
        <w:t>A rarely-crowded archaeological site in the foothills of the Maya Mountains, Nim Li Punit features around 26 stelae (8 of them…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Manatee &amp; Mangrove Boat Tour — </w:t>
      </w:r>
      <w:r>
        <w:rPr>
          <w:rFonts w:ascii="Arial" w:hAnsi="Arial" w:cs="Arial"/>
          <w:b w:val="0"/>
          <w:i w:val="0"/>
          <w:sz w:val="20"/>
        </w:rPr>
        <w:t>A slow-boat cruise into protected lagoons and mangrove channels near Placencia to spot endangered West Indian manatees, tropical…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Monkey River Wildlife Hike — </w:t>
      </w:r>
      <w:r>
        <w:rPr>
          <w:rFonts w:ascii="Arial" w:hAnsi="Arial" w:cs="Arial"/>
          <w:b w:val="0"/>
          <w:i w:val="0"/>
          <w:sz w:val="20"/>
        </w:rPr>
        <w:t>Boat upriver to a rainforest village then hike jungle trails with a guide searching for howler monkeys, crocodiles, herons,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Orientation Stroll: </w:t>
      </w:r>
      <w:r>
        <w:rPr>
          <w:rFonts w:ascii="Arial" w:hAnsi="Arial" w:cs="Arial"/>
          <w:b w:val="0"/>
          <w:i w:val="0"/>
          <w:sz w:val="20"/>
        </w:rPr>
        <w:t>1-1.5 hrs · Flat · Easy — Walk the full perimeter of Harvest Caye from the pier welcome area along the 7-acre beach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Placencia Village Wander: </w:t>
      </w:r>
      <w:r>
        <w:rPr>
          <w:rFonts w:ascii="Arial" w:hAnsi="Arial" w:cs="Arial"/>
          <w:b w:val="0"/>
          <w:i w:val="0"/>
          <w:sz w:val="20"/>
        </w:rPr>
        <w:t>2-3 hrs · Flat · Easy · Ferry required — Take the island ferry to Placencia Village on the mainland peninsula.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5:38AM–6:09PM · Jun 5:21AM–6:27PM · Aug 5:38AM–6:18PM · Sep 5:42AM–5:55PM · Oct 5:46AM–5:32PM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Your ship beverage package doesn't work here. Food and drinks at Harvest Caye cost extra. Bring a credit card or USD cash — most island vendors accept both.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Arrive at the pool early for prime lounge chairs near the swim-up bar. By mid-morning it fills up fast. The far end of the beach is usually quieter.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the Placencia ferry early. Capacity is limited. Reserve at the ship's shore excursions desk the night before or first thing in the morning.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cruiseports.org/harvest-caye-belize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