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Harbour Island, Eleuthera,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"Briland" — Bahamas' most charming out-island. Three miles of bubblegum-pink sand, 18th-century pastel cottages, and no streetlights. This is where the Bahamas slows all the way down.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5–8 hrs · 💵 USD / Bahamian Dollar · 🗣️ English · 🏖️ Beach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Government Dock, Dunmore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~0.5 miles (10–15 min) across island to Pink Sands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Pink sand beach, golf cart exploring, Bahamian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Conch salad at Queen Conch, horseback ride on Pink Sands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 per person — Cruise ships anchor offshore and tender passengers to the Government Dock in Dunmore Town. The water taxi from North Ele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Pink Sands Beach — </w:t>
      </w:r>
      <w:r>
        <w:rPr>
          <w:rFonts w:ascii="Arial" w:hAnsi="Arial" w:cs="Arial"/>
          <w:b w:val="0"/>
          <w:i w:val="0"/>
          <w:sz w:val="20"/>
        </w:rPr>
        <w:t>Three miles of pale pink sand on the Atlantic side — the color comes from tiny red-shelled Foraminifera mixed into the white sand.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Horseback Riding on the Beach — </w:t>
      </w:r>
      <w:r>
        <w:rPr>
          <w:rFonts w:ascii="Arial" w:hAnsi="Arial" w:cs="Arial"/>
          <w:b w:val="0"/>
          <w:i w:val="0"/>
          <w:sz w:val="20"/>
        </w:rPr>
        <w:t>Ride along the shoreline of Pink Sands Beach with a local guide.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Dunmore Town Historic Walk — </w:t>
      </w:r>
      <w:r>
        <w:rPr>
          <w:rFonts w:ascii="Arial" w:hAnsi="Arial" w:cs="Arial"/>
          <w:b w:val="0"/>
          <w:i w:val="0"/>
          <w:sz w:val="20"/>
        </w:rPr>
        <w:t>Stroll the narrow flower-lined streets of the Bahamas' former colonial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Current Cut — </w:t>
      </w:r>
      <w:r>
        <w:rPr>
          <w:rFonts w:ascii="Arial" w:hAnsi="Arial" w:cs="Arial"/>
          <w:b w:val="0"/>
          <w:i w:val="0"/>
          <w:sz w:val="20"/>
        </w:rPr>
        <w:t>Book a local charter for the boat trip to Current Cut — a narrow tidal channel off northern Eleuthera (about 30–40 min by boat)…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Conch Salad at Queen Conch — </w:t>
      </w:r>
      <w:r>
        <w:rPr>
          <w:rFonts w:ascii="Arial" w:hAnsi="Arial" w:cs="Arial"/>
          <w:b w:val="0"/>
          <w:i w:val="0"/>
          <w:sz w:val="20"/>
        </w:rPr>
        <w:t>Watch fresh conch harvested and sliced into salad right in front of you at this open-air harbor-side shack.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Government Dock to Pink Sands Beach: </w:t>
      </w:r>
      <w:r>
        <w:rPr>
          <w:rFonts w:ascii="Arial" w:hAnsi="Arial" w:cs="Arial"/>
          <w:b w:val="0"/>
          <w:i w:val="0"/>
          <w:sz w:val="20"/>
        </w:rPr>
        <w:t>0.5 mi | 10–15 min | Easy (flat) — Walk from the Government Dock through the center of Dunmore Town, past colonial cottages and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Dunmore Town Heritage Stroll: </w:t>
      </w:r>
      <w:r>
        <w:rPr>
          <w:rFonts w:ascii="Arial" w:hAnsi="Arial" w:cs="Arial"/>
          <w:b w:val="0"/>
          <w:i w:val="0"/>
          <w:sz w:val="20"/>
        </w:rPr>
        <w:t>0.75 mi loop | 30–45 min | Easy — Loop through the historic core of Dunmore Town — take in the Loyalist Cottage on Bay Street,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6:21AM–7:44PM · Jul 6:25AM–7:59PM · Sep 6:52AM–7:10PM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cruiseports.org/harbour-island-bahamas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Harbour Island, Eleuthera,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rbour-island-baham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Queen's Baths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Preacher's Cave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Spanish Wells Fishing Charters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Sapphire Blue Hole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