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Handa Island, Sutherland,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Britain's most spectacular seabird colonies, Handa Island is an uninhabited nature reserve off the wild northwest Scottish coast — a Zodiac wet-landing adventure with puffins, Great Skuas, and vertiginous sandstone cliffs.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Zodiac wet landing (no pier) · 🕒 Typical call: 4–6 hrs · 💷 GBP (no shops on island) · 🗣️ English / Scottish Gaelic · 🐦 Wildlife &amp; nature reserve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Zodiac wet landing on the south-shore beach (Tràigh an Teampaill) — ankle- to calf-deep water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3.7-mile (6 km) circular loop; 2–2.5 hrs; no vehicles or roads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Seabird photography, puffins, Great Skuas, dramatic sea stacks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Great Stack of Handa — a sheer sandstone column crowded with guillemots and razorbills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— From Tarbet, the nearest village is Scourie (~5 min drive north). Ullapool is ~1.5 hrs south. Pre-booked taxis from Lair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Seabird Colony &amp; Puffin Walk — </w:t>
      </w:r>
      <w:r>
        <w:rPr>
          <w:rFonts w:ascii="Arial" w:hAnsi="Arial" w:cs="Arial"/>
          <w:b w:val="0"/>
          <w:i w:val="0"/>
          <w:sz w:val="20"/>
        </w:rPr>
        <w:t>The island's 3.7-mile circular trail passes through the heart of one of Europe's largest seabird colonies — over 100,000 birds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Great Stack of Handa — </w:t>
      </w:r>
      <w:r>
        <w:rPr>
          <w:rFonts w:ascii="Arial" w:hAnsi="Arial" w:cs="Arial"/>
          <w:b w:val="0"/>
          <w:i w:val="0"/>
          <w:sz w:val="20"/>
        </w:rPr>
        <w:t>A colossal column of Torridonian sandstone separated from the main cliff by a narrow chasm, every ledge packed with nesting…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Abandoned Village &amp; Historic Graveyard — </w:t>
      </w:r>
      <w:r>
        <w:rPr>
          <w:rFonts w:ascii="Arial" w:hAnsi="Arial" w:cs="Arial"/>
          <w:b w:val="0"/>
          <w:i w:val="0"/>
          <w:sz w:val="20"/>
        </w:rPr>
        <w:t>Near the landing beach lie the ruins of the old crofting village, lazy beds (traditional potato cultivation ridges), and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White Sand Beaches — </w:t>
      </w:r>
      <w:r>
        <w:rPr>
          <w:rFonts w:ascii="Arial" w:hAnsi="Arial" w:cs="Arial"/>
          <w:b w:val="0"/>
          <w:i w:val="0"/>
          <w:sz w:val="20"/>
        </w:rPr>
        <w:t>The shell-sand south-shore beach Tràigh an Teampaill is shockingly white and backed by turquoise water — with stunning views…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Handa Island Circular Trail: </w:t>
      </w:r>
      <w:r>
        <w:rPr>
          <w:rFonts w:ascii="Arial" w:hAnsi="Arial" w:cs="Arial"/>
          <w:b w:val="0"/>
          <w:i w:val="0"/>
          <w:sz w:val="20"/>
        </w:rPr>
        <w:t>3.7 miles (6 km) · 2–2.5 hrs · Moderate · ~100 m elevation — From the landing beach, the path heads inland across heather moorland on a raised plastic-mesh…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4:54AM–9:41PM · Jul 4:39AM–10:13PM · Sep 6:50AM–7:39PM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cruiseports.org/handa-island-scotland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Handa Island, Sutherland, Scotland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nda-island-scot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Ardvreck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Scourie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Visit Cape Wrath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Drumbeg Viewpoint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