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Hammerfest, Finnmark,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world's northernmost towns, Hammerfest wears its Arctic identity proudly — polar bears on the logo, reindeer on the streets, and a UNESCO monument marking where scientists first measured the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(town center quay) · 🕒 Typical call: 6-8 hrs · 💵 Norwegian Krone (NOK) — cashless everywhere · 🗣️ Norwegian (English widely spoken) · ☀️ Midnight Sun: mid-May to late July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main quay in town center; Fuglenes pier ~1 mile away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off the gangway — town is immediately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Arctic history, unique souvenirs, scenic viewpoint hike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Joining the Royal and Ancient Polar Bear Society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~100–175 NOK (€9–16) — Taxis wait at the pier and are the best option for reaching the Meridian Column or Mount Salen. Base fare ~100 NOK plus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&amp; Ancient Polar Bear Society — </w:t>
      </w:r>
      <w:r>
        <w:rPr>
          <w:rFonts w:ascii="Arial" w:hAnsi="Arial" w:cs="Arial"/>
          <w:b w:val="0"/>
          <w:i w:val="0"/>
          <w:sz w:val="20"/>
        </w:rPr>
        <w:t>Visit the Isbjørnklubben museum near the harbor for Arctic hunting and exploration history.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Salen Viewpoint Hike — </w:t>
      </w:r>
      <w:r>
        <w:rPr>
          <w:rFonts w:ascii="Arial" w:hAnsi="Arial" w:cs="Arial"/>
          <w:b w:val="0"/>
          <w:i w:val="0"/>
          <w:sz w:val="20"/>
        </w:rPr>
        <w:t>Follow the Zig-Zag Path up Salen hill (about 15-20 min on foot) for sweeping panoramic views over Hammerfest and the surrounding…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Meridian Column (UNESCO) — </w:t>
      </w:r>
      <w:r>
        <w:rPr>
          <w:rFonts w:ascii="Arial" w:hAnsi="Arial" w:cs="Arial"/>
          <w:b w:val="0"/>
          <w:i w:val="0"/>
          <w:sz w:val="20"/>
        </w:rPr>
        <w:t>A 10-minute walk or quick taxi ride to the Fuglenes peninsula reveals the Meridian Column, the northernmost point of the Struve…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Reconstruction Museum — </w:t>
      </w:r>
      <w:r>
        <w:rPr>
          <w:rFonts w:ascii="Arial" w:hAnsi="Arial" w:cs="Arial"/>
          <w:b w:val="0"/>
          <w:i w:val="0"/>
          <w:sz w:val="20"/>
        </w:rPr>
        <w:t>This moving museum tells the story of the Nazi scorched-earth policy that destroyed virtually all of Finnmark in 1944 and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Seiland National Park Boat Trip — </w:t>
      </w:r>
      <w:r>
        <w:rPr>
          <w:rFonts w:ascii="Arial" w:hAnsi="Arial" w:cs="Arial"/>
          <w:b w:val="0"/>
          <w:i w:val="0"/>
          <w:sz w:val="20"/>
        </w:rPr>
        <w:t>Venture by RIB or small boat to Seiland Island National Park, home to two of northern Europe's southernmost glaciers, dramatic…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&amp; Polar Bear Society Loop: </w:t>
      </w:r>
      <w:r>
        <w:rPr>
          <w:rFonts w:ascii="Arial" w:hAnsi="Arial" w:cs="Arial"/>
          <w:b w:val="0"/>
          <w:i w:val="0"/>
          <w:sz w:val="20"/>
        </w:rPr>
        <w:t>1.5 km · 30-40 min · flat — From the main quay, walk along Strandgata into the town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Salen Viewpoint via Zig-Zag Path: </w:t>
      </w:r>
      <w:r>
        <w:rPr>
          <w:rFonts w:ascii="Arial" w:hAnsi="Arial" w:cs="Arial"/>
          <w:b w:val="0"/>
          <w:i w:val="0"/>
          <w:sz w:val="20"/>
        </w:rPr>
        <w:t>2.5 km round trip · 45 min · moderate uphill — Head uphill from the town center on the well-marked Zig-Zag Path to the Salen lookout.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Fuglenes Peninsula &amp; Meridian Column: </w:t>
      </w:r>
      <w:r>
        <w:rPr>
          <w:rFonts w:ascii="Arial" w:hAnsi="Arial" w:cs="Arial"/>
          <w:b w:val="0"/>
          <w:i w:val="0"/>
          <w:sz w:val="20"/>
        </w:rPr>
        <w:t>3 km round trip · 45-60 min · easy — Follow the waterfront path west from the main quay to the Fuglenes peninsula.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5:37AM–7:01PM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cruiseports.org/hammerfest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Hammerfest, Finnmark,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ammerfes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Reconstruction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