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Hamilton, Bermuda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Bermuda's pastel-painted capital parks cruise ships right on its doorstep. Step off the gangway and you're on Front Street — harbour breeze, colonial architecture, and pink-sand beaches just a ferry ride away.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(Front Street Pier) · 🕒 Typical call: 8–10 hrs · 💵 Bermuda Dollar (= USD) · 🗣️ English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Ships berth directly on Front Street in Hamilton city centre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centre: </w:t>
      </w:r>
      <w:r>
        <w:rPr>
          <w:rFonts w:ascii="Arial" w:hAnsi="Arial" w:cs="Arial"/>
          <w:b w:val="0"/>
          <w:i w:val="0"/>
          <w:sz w:val="20"/>
        </w:rPr>
        <w:t>You are already in the centre — shops and restaurants steps away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Pink-sand beaches, history, snorkelling, and easy island exploring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Fort Hamilton's underground passages and Horseshoe Bay's pink sand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$9.20 first mile, $3.25/mile after (1–4 pax) — Government-regulated taxis wait on Front Street at the pier. Rates are metered; surcharges apply on Sundays, holidays, a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Horseshoe Bay Beach — </w:t>
      </w:r>
      <w:r>
        <w:rPr>
          <w:rFonts w:ascii="Arial" w:hAnsi="Arial" w:cs="Arial"/>
          <w:b w:val="0"/>
          <w:i w:val="0"/>
          <w:sz w:val="20"/>
        </w:rPr>
        <w:t>Bermuda's most famous stretch of pink sand and turquoise water.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Fort Hamilton Walk — </w:t>
      </w:r>
      <w:r>
        <w:rPr>
          <w:rFonts w:ascii="Arial" w:hAnsi="Arial" w:cs="Arial"/>
          <w:b w:val="0"/>
          <w:i w:val="0"/>
          <w:sz w:val="20"/>
        </w:rPr>
        <w:t>A 19th-century British fortification 15 minutes uphill from the pier.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Crystal &amp; Fantasy Caves — </w:t>
      </w:r>
      <w:r>
        <w:rPr>
          <w:rFonts w:ascii="Arial" w:hAnsi="Arial" w:cs="Arial"/>
          <w:b w:val="0"/>
          <w:i w:val="0"/>
          <w:sz w:val="20"/>
        </w:rPr>
        <w:t>Two adjoining caverns in Hamilton Parish with crystal-clear underground pools, stalactites, and natural rock bridges.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Historic St. George's — </w:t>
      </w:r>
      <w:r>
        <w:rPr>
          <w:rFonts w:ascii="Arial" w:hAnsi="Arial" w:cs="Arial"/>
          <w:b w:val="0"/>
          <w:i w:val="0"/>
          <w:sz w:val="20"/>
        </w:rPr>
        <w:t>A UNESCO World Heritage town with cobblestone lanes, 17th-century churches, and Bermuda's original capital.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Snorkelling &amp; Water Sports — </w:t>
      </w:r>
      <w:r>
        <w:rPr>
          <w:rFonts w:ascii="Arial" w:hAnsi="Arial" w:cs="Arial"/>
          <w:b w:val="0"/>
          <w:i w:val="0"/>
          <w:sz w:val="20"/>
        </w:rPr>
        <w:t>Bermuda's reefs host wreck dives, kayaking, and snorkelling.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Front Street to Fort Hamilton: </w:t>
      </w:r>
      <w:r>
        <w:rPr>
          <w:rFonts w:ascii="Arial" w:hAnsi="Arial" w:cs="Arial"/>
          <w:b w:val="0"/>
          <w:i w:val="0"/>
          <w:sz w:val="20"/>
        </w:rPr>
        <w:t>~2 km · 30–40 min · moderate (uphill to fort) — Start at the cruise pier on Front Street, walk east past pastel shops and the Bermuda Historical…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Hamilton Waterfront &amp; City Hall Loop: </w:t>
      </w:r>
      <w:r>
        <w:rPr>
          <w:rFonts w:ascii="Arial" w:hAnsi="Arial" w:cs="Arial"/>
          <w:b w:val="0"/>
          <w:i w:val="0"/>
          <w:sz w:val="20"/>
        </w:rPr>
        <w:t>~1.5 km · 20–30 min · easy — From the pier, stroll along Front Street to the ferry terminal, cut up to City Hall and the Bermuda…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5:55AM–8:36PM · Jul 5:53AM–8:56PM · Sep 6:59AM–7:28PM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cruiseports.org/hamilton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Hamilton, Bermuda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hamilton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Queen Elizabeth Par-La-Ville Sculpture Park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Bermuda Aquarium, Museum &amp; Zoo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Hartley's Helmet Diving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Gibb's Hill Lighthouse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Snorkel Park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Crystal and Fantasy Caves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Spittal Pond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Mid Ocean Club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