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Hamilton Island,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resort island at the heart of the Whitsundays, Hamilton Island is the jumping-off point for Whitehaven Beach's legendary silica sands and the living coral spectacle of the Great Barrier Reef.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AUD (Australian Dollar)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Hamilton Island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— Marina Village shops &amp; restaurants are dockside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Whitehaven Beach, reef snorkelling, island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Hill Inlet Lookout for the swirling turquoise-and-white sands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A–60/trip — Taxis are available on the island but pricey for short distances. Best reserved for accessibility needs or late-night 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Whitehaven Beach &amp; Hill Inlet Lookout — </w:t>
      </w:r>
      <w:r>
        <w:rPr>
          <w:rFonts w:ascii="Arial" w:hAnsi="Arial" w:cs="Arial"/>
          <w:b w:val="0"/>
          <w:i w:val="0"/>
          <w:sz w:val="20"/>
        </w:rPr>
        <w:t>The Whitsundays' signature experience: silica sand so pure it squeaks underfoot, and Hill Inlet Lookout delivering the swirling…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Barrier Reef Snorkel &amp; Dive — </w:t>
      </w:r>
      <w:r>
        <w:rPr>
          <w:rFonts w:ascii="Arial" w:hAnsi="Arial" w:cs="Arial"/>
          <w:b w:val="0"/>
          <w:i w:val="0"/>
          <w:sz w:val="20"/>
        </w:rPr>
        <w:t>Day trips to Hardy Reef and Reefworld pontoon put you over living coral gardens teeming with reef fish, turtles, and rays.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Helicopter Flight over Heart Reef — </w:t>
      </w:r>
      <w:r>
        <w:rPr>
          <w:rFonts w:ascii="Arial" w:hAnsi="Arial" w:cs="Arial"/>
          <w:b w:val="0"/>
          <w:i w:val="0"/>
          <w:sz w:val="20"/>
        </w:rPr>
        <w:t>A short scenic flight over the iconic heart-shaped coral formation and the reef from Hamilton Island Airport.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Passage Peak Hike — </w:t>
      </w:r>
      <w:r>
        <w:rPr>
          <w:rFonts w:ascii="Arial" w:hAnsi="Arial" w:cs="Arial"/>
          <w:b w:val="0"/>
          <w:i w:val="0"/>
          <w:sz w:val="20"/>
        </w:rPr>
        <w:t>A moderately challenging bush trail climbs to Passage Peak (234 m), Hamilton Island's highest point, rewarding hikers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Catseye Beach Water Sports — </w:t>
      </w:r>
      <w:r>
        <w:rPr>
          <w:rFonts w:ascii="Arial" w:hAnsi="Arial" w:cs="Arial"/>
          <w:b w:val="0"/>
          <w:i w:val="0"/>
          <w:sz w:val="20"/>
        </w:rPr>
        <w:t>Hamilton Island's main beach fronts the resort and offers kayaking, paddleboarding, catamaran sailing, and parasailing — 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Village to Catseye Beach: </w:t>
      </w:r>
      <w:r>
        <w:rPr>
          <w:rFonts w:ascii="Arial" w:hAnsi="Arial" w:cs="Arial"/>
          <w:b w:val="0"/>
          <w:i w:val="0"/>
          <w:sz w:val="20"/>
        </w:rPr>
        <w:t>1.5 km · 20 min · Easy — A flat, signposted path leads from the Marina Village through resort grounds to Catseye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Passage Peak Summit Trail: </w:t>
      </w:r>
      <w:r>
        <w:rPr>
          <w:rFonts w:ascii="Arial" w:hAnsi="Arial" w:cs="Arial"/>
          <w:b w:val="0"/>
          <w:i w:val="0"/>
          <w:sz w:val="20"/>
        </w:rPr>
        <w:t>5 km return · 2-3 hrs · Moderate — The island's signature hike follows a bush trail through eucalypt forest to Passage Peak at 234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One Tree Hill Lookout Stroll: </w:t>
      </w:r>
      <w:r>
        <w:rPr>
          <w:rFonts w:ascii="Arial" w:hAnsi="Arial" w:cs="Arial"/>
          <w:b w:val="0"/>
          <w:i w:val="0"/>
          <w:sz w:val="20"/>
        </w:rPr>
        <w:t>2 km · 30 min · Easy–Moderate — A short walk or buggy ride leads to One Tree Hill, a popular sunset viewpoint with 360° views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6:26AM–5:34PM · Jul 6:40AM–5:40PM · Sep 6:00AM–5:58PM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cruiseports.org/hamilton-island-qld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Hamilton Island,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milton-island-ql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Whitsunday Islands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Lookout at One Tree Hill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ATV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Hamilton Island Golf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Resort Lookout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Whitehaven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All Saints Chapel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