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Hambantota, Sri Lanka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Sri Lanka's deep-water southern gateway — not much at the dock, but everything inland: leopards in Yala, elephant herds in Udawalawe, flamingos in Bundala, and ancient stupas rising from the jungle.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(Magampura / Hambantota International Port) · 🕒 Typical call: 8–10 hrs · 💵 Sri Lankan Rupee (LKR) · 🗣️ Sinhala / Tamil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Hambantota International Port (deep-water)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Transfer needed — industrial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Safari · Wildlife · Ancient sites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Yala National Park (leopards)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LKR 800–1,500 (~$2–5 USD) — Taxis available at the port gate. Agree on fare before departing — metered service is rare. About 10 km to Hambantota ci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PickMe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Yala National Park Safari — </w:t>
      </w:r>
      <w:r>
        <w:rPr>
          <w:rFonts w:ascii="Arial" w:hAnsi="Arial" w:cs="Arial"/>
          <w:b w:val="0"/>
          <w:i w:val="0"/>
          <w:sz w:val="20"/>
        </w:rPr>
        <w:t>Sri Lanka's most famous park and one of the world's highest densities of leopards.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Udawalawe National Park — </w:t>
      </w:r>
      <w:r>
        <w:rPr>
          <w:rFonts w:ascii="Arial" w:hAnsi="Arial" w:cs="Arial"/>
          <w:b w:val="0"/>
          <w:i w:val="0"/>
          <w:sz w:val="20"/>
        </w:rPr>
        <w:t>The best place in Sri Lanka to see large herds of wild elephants — hundreds live in the park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Bundala National Park &amp; Flamingos — </w:t>
      </w:r>
      <w:r>
        <w:rPr>
          <w:rFonts w:ascii="Arial" w:hAnsi="Arial" w:cs="Arial"/>
          <w:b w:val="0"/>
          <w:i w:val="0"/>
          <w:sz w:val="20"/>
        </w:rPr>
        <w:t>A Ramsar wetland reserve on the coast east of Hambantota, famous for migratory flamingos, painted storks, and other water birds.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Tissamaharama &amp; Ancient Tanks — </w:t>
      </w:r>
      <w:r>
        <w:rPr>
          <w:rFonts w:ascii="Arial" w:hAnsi="Arial" w:cs="Arial"/>
          <w:b w:val="0"/>
          <w:i w:val="0"/>
          <w:sz w:val="20"/>
        </w:rPr>
        <w:t>The ancient royal capital of southern Sri Lanka, with a great white dagoba (stupa), sacred elephant rides, and the vast Tissa…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Kataragama Sacred Town — </w:t>
      </w:r>
      <w:r>
        <w:rPr>
          <w:rFonts w:ascii="Arial" w:hAnsi="Arial" w:cs="Arial"/>
          <w:b w:val="0"/>
          <w:i w:val="0"/>
          <w:sz w:val="20"/>
        </w:rPr>
        <w:t>One of Sri Lanka's holiest pilgrimage sites, revered by Buddhists, Hindus, and Muslims alike.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Hambantota Town &amp; Blowhole: </w:t>
      </w:r>
      <w:r>
        <w:rPr>
          <w:rFonts w:ascii="Arial" w:hAnsi="Arial" w:cs="Arial"/>
          <w:b w:val="0"/>
          <w:i w:val="0"/>
          <w:sz w:val="20"/>
        </w:rPr>
        <w:t>~2 km · 1 hr · easy (transfer to town required) — If you have time between safaris, Hambantota town is a quiet fishing community.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5:50AM–6:13PM · Jul 5:58AM–6:24PM · Sep 5:56AM–6:05PM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cruiseports.org/hambantota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Hambantota, Sri Lanka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mbanto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Hambantota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Dry Zone Botanic Gardens, Hambantota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Jummah Masjid පානුවල ජුම්මා පල්ලිය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