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Halle (Saale), Saxony-Anhalt,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Germany's best-preserved medieval cities, Halle grew rich on salt and gave the world Handel. Home to the 3,600-year-old Nebra Sky Disc, it rewards curious visitors with world-class museums, a lively market square, and almost no tourist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berth (Saale — small ships only) · 🕒 Typical call: 6-8 hrs · 💶 Currency: Euro (€) · 🗣️ Language: German · 🎭 Culture &amp;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mooring on the Saale; small expedition/boutique ships berth at Sophienhafen (~1.8 km to Marktplatz). Elbe cruise passengers arrive by excursion coach.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20–25 min walk or 5-min tram/taxi from Sophienhafen to Marktplatz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music fans (Handel), world prehistory (Nebra Sky Disc), off-the-beaten-path Germany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Nebra Sky Disc at the State Museum of Prehistory — the oldest known depiction of the cosmos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€5–15 — Metered taxis available at the port and city stands. Base fare €3.90; most city-center trips run €5–15 depending on dist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Nebra Sky Disc &amp; State Museum of Prehistory — </w:t>
      </w:r>
      <w:r>
        <w:rPr>
          <w:rFonts w:ascii="Arial" w:hAnsi="Arial" w:cs="Arial"/>
          <w:b w:val="0"/>
          <w:i w:val="0"/>
          <w:sz w:val="20"/>
        </w:rPr>
        <w:t>The star attraction: a 3,600-year-old bronze disc inlaid with gold that depicts the sun, moon, and stars — the oldest known…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Handel House Birthplace — </w:t>
      </w:r>
      <w:r>
        <w:rPr>
          <w:rFonts w:ascii="Arial" w:hAnsi="Arial" w:cs="Arial"/>
          <w:b w:val="0"/>
          <w:i w:val="0"/>
          <w:sz w:val="20"/>
        </w:rPr>
        <w:t>The home where Georg Friedrich Handel was born in 1685 is now an interactive museum covering his life and baroque instruments.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Moritzburg Castle &amp; Art Museum — </w:t>
      </w:r>
      <w:r>
        <w:rPr>
          <w:rFonts w:ascii="Arial" w:hAnsi="Arial" w:cs="Arial"/>
          <w:b w:val="0"/>
          <w:i w:val="0"/>
          <w:sz w:val="20"/>
        </w:rPr>
        <w:t>A partly ruined 15th-century castle that was given a striking modern glass roof and now houses Saxony-Anhalt's state 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Marktplatz &amp; Marktkirche — </w:t>
      </w:r>
      <w:r>
        <w:rPr>
          <w:rFonts w:ascii="Arial" w:hAnsi="Arial" w:cs="Arial"/>
          <w:b w:val="0"/>
          <w:i w:val="0"/>
          <w:sz w:val="20"/>
        </w:rPr>
        <w:t>Halle's vast market square — one of Germany's largest — is anchored by the four-towered Marktkirche where Handel was baptised…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Halloren Chocolate Factory &amp; Salt Heritage — </w:t>
      </w:r>
      <w:r>
        <w:rPr>
          <w:rFonts w:ascii="Arial" w:hAnsi="Arial" w:cs="Arial"/>
          <w:b w:val="0"/>
          <w:i w:val="0"/>
          <w:sz w:val="20"/>
        </w:rPr>
        <w:t>Germany's oldest chocolate factory (1804) produces the iconic Halloren Kugeln — chocolate spheres shaped like the buttons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Sophienhafen to Marktplatz — Old Town Loop: </w:t>
      </w:r>
      <w:r>
        <w:rPr>
          <w:rFonts w:ascii="Arial" w:hAnsi="Arial" w:cs="Arial"/>
          <w:b w:val="0"/>
          <w:i w:val="0"/>
          <w:sz w:val="20"/>
        </w:rPr>
        <w:t>2.5 km | 45–60 min | Flat | Self-guided — Walk north from the Sophienhafen berth along the Saale riverbank, cross into the Altstadt via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Peißnitz Island &amp; River Stroll: </w:t>
      </w:r>
      <w:r>
        <w:rPr>
          <w:rFonts w:ascii="Arial" w:hAnsi="Arial" w:cs="Arial"/>
          <w:b w:val="0"/>
          <w:i w:val="0"/>
          <w:sz w:val="20"/>
        </w:rPr>
        <w:t>2 km | 30–45 min | Very flat | Free — From the Ziegelwiese mooring, cross the footbridge onto Peißnitz Island and follow the paths around…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5:20AM–8:57PM · Jul 5:13AM–9:22PM · Sep 6:47AM–7:26PM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cruiseports.org/halle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Halle (Saale), Saxony-Anhalt,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l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State Museum of Prehistory Halle (Saale)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Neue Residenz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Museum Moritzburg Halle (Saale)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Porphyrlandschaft bei Gimritz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Reichardts Garten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Zappendorf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Dieskauer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Tiefer Keller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