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Half Moon Caye, Lighthouse Reef,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Belize's first nature reserve sits at the edge of Lighthouse Reef Atoll — a crescent of white sand ringed by living coral, home to ~4,000 red-footed boobies and some of the clearest water in the Caribbean. Expedition ships anchor offshore and tender in; crowds are minimal.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5–7 hrs · 💵 Belize dollar (BZD); USD accepted · 🗣️ English (official) · 🌿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Tender/Zodiac to beach — expedition and small ships only;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Entry Fee: </w:t>
      </w:r>
      <w:r>
        <w:rPr>
          <w:rFonts w:ascii="Arial" w:hAnsi="Arial" w:cs="Arial"/>
          <w:b w:val="0"/>
          <w:i w:val="0"/>
          <w:sz w:val="20"/>
        </w:rPr>
        <w:t>BZ$20 (~US$10) national monument fee per person, collected on arrival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wildlife watching (red-footed boobies, frigatebirds, sea turtles)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Booby colony observation tower and the Half Moon Caye Wall reef dive/snorkel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$200–300 USD per person (small-group charter); full private charters from ~$1,500/boat/day — Private or small-group boat charters can be arranged from Belize City to reach the atoll. Journey takes approximately 2–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Red-Footed Booby Colony Walk — </w:t>
      </w:r>
      <w:r>
        <w:rPr>
          <w:rFonts w:ascii="Arial" w:hAnsi="Arial" w:cs="Arial"/>
          <w:b w:val="0"/>
          <w:i w:val="0"/>
          <w:sz w:val="20"/>
        </w:rPr>
        <w:t>A short trail leads through the western littoral forest's ziricote thicket to the Belize Audubon Society observation platform…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Half Moon Caye Wall Snorkel — </w:t>
      </w:r>
      <w:r>
        <w:rPr>
          <w:rFonts w:ascii="Arial" w:hAnsi="Arial" w:cs="Arial"/>
          <w:b w:val="0"/>
          <w:i w:val="0"/>
          <w:sz w:val="20"/>
        </w:rPr>
        <w:t>The wall drops dramatically from the reef flat into deep blue just off the southern shore — eagle rays, sea turtles, schools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Blue Hole Day Trip — </w:t>
      </w:r>
      <w:r>
        <w:rPr>
          <w:rFonts w:ascii="Arial" w:hAnsi="Arial" w:cs="Arial"/>
          <w:b w:val="0"/>
          <w:i w:val="0"/>
          <w:sz w:val="20"/>
        </w:rPr>
        <w:t>The iconic UNESCO-listed Great Blue Hole lies about 10 km (6 mi) north of Half Moon Caye, near the center of Lighthouse Reef…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Sea Turtle Watch — </w:t>
      </w:r>
      <w:r>
        <w:rPr>
          <w:rFonts w:ascii="Arial" w:hAnsi="Arial" w:cs="Arial"/>
          <w:b w:val="0"/>
          <w:i w:val="0"/>
          <w:sz w:val="20"/>
        </w:rPr>
        <w:t>Paddle the calm lagoon on the caye's leeward side and look for sea turtles resting or feeding on the grass beds.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Ranger Station to Booby Colony Loop: </w:t>
      </w:r>
      <w:r>
        <w:rPr>
          <w:rFonts w:ascii="Arial" w:hAnsi="Arial" w:cs="Arial"/>
          <w:b w:val="0"/>
          <w:i w:val="0"/>
          <w:sz w:val="20"/>
        </w:rPr>
        <w:t>~1.5 km | Easy | 30–45 min — From the Belize Audubon Ranger Station, follow the sandy path west through coconut palms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&amp; Beach Walk: </w:t>
      </w:r>
      <w:r>
        <w:rPr>
          <w:rFonts w:ascii="Arial" w:hAnsi="Arial" w:cs="Arial"/>
          <w:b w:val="0"/>
          <w:i w:val="0"/>
          <w:sz w:val="20"/>
        </w:rPr>
        <w:t>~0.5 km | Easy | 15–20 min — Walk from the ranger station along the beach to the lighthouse near the island's southeastern tip…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5:18AM–6:14PM · Jul 5:24AM–6:27PM · Sep 5:38AM–5:51PM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cruiseports.org/half-moon-caye-belize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Half Moon Caye, Lighthouse Reef, Belize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lf-moon-caye-beliz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Half Moon Caye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Blue Hole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