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Fukuoka, Kyushu,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gateway to Asia — Fukuoka packs world-class ramen, 1,000-year-old shrines, buzzing open-air yatai stalls, and effortless city transit into a perfect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(Chuo Wharf — no tendering) · 🕒 Typical call: 8–10 hrs · 💴 Japanese Yen (JPY) · 🗣️ Japanese (English at tourist sites) · 🍜 Ramen capital of Japan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Chuo Wharf Cruise Berth, Hakata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~3.5 km to Hakata Station — take shuttle or 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Food lovers, culture seekers, temple wanderers, shoppers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Tonkotsu ramen at Shin-Shin, Kushida Shrine, Ohori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¥2,000–¥2,500 — Taxis queue outside the cruise terminal and reach Hakata Station or Tenjin in 15–30 minutes. Bring your destination writ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Kushida Shrine &amp; Hakata Old Town — </w:t>
      </w:r>
      <w:r>
        <w:rPr>
          <w:rFonts w:ascii="Arial" w:hAnsi="Arial" w:cs="Arial"/>
          <w:b w:val="0"/>
          <w:i w:val="0"/>
          <w:sz w:val="20"/>
        </w:rPr>
        <w:t>Fukuoka's most sacred Shinto shrine dates back to 757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Tonkotsu Ramen &amp; Hakata Street Food Tour — </w:t>
      </w:r>
      <w:r>
        <w:rPr>
          <w:rFonts w:ascii="Arial" w:hAnsi="Arial" w:cs="Arial"/>
          <w:b w:val="0"/>
          <w:i w:val="0"/>
          <w:sz w:val="20"/>
        </w:rPr>
        <w:t>Fukuoka is the birthplace of tonkotsu ramen — rich pork-bone broth with thin firm noodles.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Dazaifu Tenmangu Shrine Day Trip — </w:t>
      </w:r>
      <w:r>
        <w:rPr>
          <w:rFonts w:ascii="Arial" w:hAnsi="Arial" w:cs="Arial"/>
          <w:b w:val="0"/>
          <w:i w:val="0"/>
          <w:sz w:val="20"/>
        </w:rPr>
        <w:t>One of Japan's most important shrines, dedicated to Tenjin the deity of learning, set in forested hills 30 min south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Fukuoka Tower &amp; Momochihama Beach — </w:t>
      </w:r>
      <w:r>
        <w:rPr>
          <w:rFonts w:ascii="Arial" w:hAnsi="Arial" w:cs="Arial"/>
          <w:b w:val="0"/>
          <w:i w:val="0"/>
          <w:sz w:val="20"/>
        </w:rPr>
        <w:t>Japan's tallest seaside tower (234 m) offers 360° panoramic views of Hakata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Itoshima Peninsula &amp; Sacred Ocean Torii — </w:t>
      </w:r>
      <w:r>
        <w:rPr>
          <w:rFonts w:ascii="Arial" w:hAnsi="Arial" w:cs="Arial"/>
          <w:b w:val="0"/>
          <w:i w:val="0"/>
          <w:sz w:val="20"/>
        </w:rPr>
        <w:t>Head west to the Itoshima coast to see Sakurai Futamigaura — two sacred rocks joined by a Shinto rope in the sea, framed by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Hakata Old Town Loop: </w:t>
      </w:r>
      <w:r>
        <w:rPr>
          <w:rFonts w:ascii="Arial" w:hAnsi="Arial" w:cs="Arial"/>
          <w:b w:val="0"/>
          <w:i w:val="0"/>
          <w:sz w:val="20"/>
        </w:rPr>
        <w:t>2.5 km · ~45 min · Easy — From Hakata Station, walk to Kushida Shrine (15 min), then on to Tochoji Temple and the Hakata…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Ohori Park &amp; Castle Ruins: </w:t>
      </w:r>
      <w:r>
        <w:rPr>
          <w:rFonts w:ascii="Arial" w:hAnsi="Arial" w:cs="Arial"/>
          <w:b w:val="0"/>
          <w:i w:val="0"/>
          <w:sz w:val="20"/>
        </w:rPr>
        <w:t>3 km loop · ~1 hr · Easy — Take a bus or subway to Ohori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5:18AM–7:11PM · Jul 5:19AM–7:29PM · Sep 6:01AM–6:24PM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cruiseports.org/hakata-fukuoka-city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Fukuoka, Kyushu,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kata-fukuok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Mizuho PayPay Dome FUKUOKA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Nagatare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Ohori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Sumiyoshi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Marine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Okita 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Acros Fukuoka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Tsurukame-yu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