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Hachijojima Island, Tokyo,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Technically part of Tokyo, Hachijojima feels like a world apart — twin volcanoes draped in subtropical forest, black-lava coastlines, thermal baths perched above the Pacific, and a culinary identity forged by centuries of island exile.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pier (Kaminato/Sokodo Port) · 🕒 Typical call: 6-8 hrs · 💴 Currency: Japanese Yen (JPY) — cash essential · 🗣️ Language: Japanese (very little English) · 🐢 Famous for sea turtles &amp; clifftop onsen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Usually tender; large ships may dock at Kaminato (Sokodo) Port — no gangway bridge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Minimal at pier; Mitsune town 20-30 min walk or shuttle uphill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 with sea turtles, volcanic scenery, traditional onsen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Miharashi-no-yu cliffside hot spring &amp; Shimazushi with karashi mustard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¥1,000–¥2,000 port to town (est.) — Several local taxi companies serve the island including Aikou Kanko, Akamatsu Transportation, and Sueyoshi Taxis. Sokodo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Sokodo Beach Snorkeling — Sea Turtles — </w:t>
      </w:r>
      <w:r>
        <w:rPr>
          <w:rFonts w:ascii="Arial" w:hAnsi="Arial" w:cs="Arial"/>
          <w:b w:val="0"/>
          <w:i w:val="0"/>
          <w:sz w:val="20"/>
        </w:rPr>
        <w:t>The island's famous 'Hachijo Blue' water visibility can exceed 30 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Miharashi-no-yu Clifftop Onsen — </w:t>
      </w:r>
      <w:r>
        <w:rPr>
          <w:rFonts w:ascii="Arial" w:hAnsi="Arial" w:cs="Arial"/>
          <w:b w:val="0"/>
          <w:i w:val="0"/>
          <w:sz w:val="20"/>
        </w:rPr>
        <w:t>Perched on a lava cliff with panoramic ocean views, this municipal rotenburo (outdoor bath) is one of Japan's most dramatic hot…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Hachijo-fuji Hike — </w:t>
      </w:r>
      <w:r>
        <w:rPr>
          <w:rFonts w:ascii="Arial" w:hAnsi="Arial" w:cs="Arial"/>
          <w:b w:val="0"/>
          <w:i w:val="0"/>
          <w:sz w:val="20"/>
        </w:rPr>
        <w:t>Hike the crater rim of this 854 m dormant volcano for sweeping views of both island peaks and the open Pacific.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Kihachijo Silk Weaving Workshop — </w:t>
      </w:r>
      <w:r>
        <w:rPr>
          <w:rFonts w:ascii="Arial" w:hAnsi="Arial" w:cs="Arial"/>
          <w:b w:val="0"/>
          <w:i w:val="0"/>
          <w:sz w:val="20"/>
        </w:rPr>
        <w:t>Kihachijo is a centuries-old silk textile unique to this island, dyed from local plants in bold yellows, blacks, and browns.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Hachijo Historical Village &amp; Museum — </w:t>
      </w:r>
      <w:r>
        <w:rPr>
          <w:rFonts w:ascii="Arial" w:hAnsi="Arial" w:cs="Arial"/>
          <w:b w:val="0"/>
          <w:i w:val="0"/>
          <w:sz w:val="20"/>
        </w:rPr>
        <w:t>Discover the island's Edo-period exile history — samurai and political prisoners were banished here for centuries, shaping its…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Sokodo Beach &amp; Pier Stroll: </w:t>
      </w:r>
      <w:r>
        <w:rPr>
          <w:rFonts w:ascii="Arial" w:hAnsi="Arial" w:cs="Arial"/>
          <w:b w:val="0"/>
          <w:i w:val="0"/>
          <w:sz w:val="20"/>
        </w:rPr>
        <w:t>20 min · flat · free — From the pier, walk the short waterfront path to Sokodo Beach for a look at the crystal-clear…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Hachijo Botanical Garden Loop: </w:t>
      </w:r>
      <w:r>
        <w:rPr>
          <w:rFonts w:ascii="Arial" w:hAnsi="Arial" w:cs="Arial"/>
          <w:b w:val="0"/>
          <w:i w:val="0"/>
          <w:sz w:val="20"/>
        </w:rPr>
        <w:t>1-1.5 hrs · gentle · free — A pleasant subtropical forest walk with paths through tree ferns, hibiscus, and banyan-like…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4:41AM–6:33PM · Jul 4:42AM–6:50PM · Sep 5:24AM–5:47PM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cruiseports.org/hachijojima-island-japan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Hachijojima Island, Tokyo,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chijojima-island-jap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Yakengahama Coast Swimming Area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Ubaihomei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Fureai-no-Yu Hot Spring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Yaene Archaeological Site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Noboryo Pass Observation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Ōkataura Barbecue Square.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Miharashi-no-Yu Hot Spring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Nanbara Senjoiwa Coast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