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Haarlem, North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Haarlem delivers everything Amsterdam promises—Golden Age canals, world-class museums, lively cafés—without the crowds. River cruise ships tie up right on the Spaarne River; ocean passengers arrive via a quick 15-minute train from Amsterdam Centraal.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River: pier on Spaarne River; Ocean: Amsterdam or IJmuiden · 🕒 Typical call: 8-10 hrs · 💶 Currency: Euro (card accepted everywhere) · 🗣️ Language: Dutch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cruise: Spaarne River quays (walk to center). Ocean: dock Amsterdam PTA or IJmuiden, then train/taxi.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River cruise: 5-10 min flat walk. Ocean arrivals reach center ~30-45 min total.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Dutch Golden Age art, hidden courtyard (hofje) hunting, Frans Hals Museum, local craft beer, beach day at Zandvoort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Jopenkerk brewery in a 1902 church; the Grote Markt on a Saturday market day; Corrie ten Boom 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~€50–55 one-way — Taxis from IJmuiden Felison Cruise Terminal to Haarlem city center run approximately €50–55. Fares are metered; expect €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Frans Hals Museum — </w:t>
      </w:r>
      <w:r>
        <w:rPr>
          <w:rFonts w:ascii="Arial" w:hAnsi="Arial" w:cs="Arial"/>
          <w:b w:val="0"/>
          <w:i w:val="0"/>
          <w:sz w:val="20"/>
        </w:rPr>
        <w:t>The world's finest collection of Golden Age portrait paintings, housed in the 17th-century men's almshouse (Oudemannenhuis) whose…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Corrie ten Boom House &amp; Hiding Place — </w:t>
      </w:r>
      <w:r>
        <w:rPr>
          <w:rFonts w:ascii="Arial" w:hAnsi="Arial" w:cs="Arial"/>
          <w:b w:val="0"/>
          <w:i w:val="0"/>
          <w:sz w:val="20"/>
        </w:rPr>
        <w:t>The Ten Boom family hid hundreds of Jewish people and resistance fighters behind a false wall in their watch shop during WWII.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Teylers Museum — </w:t>
      </w:r>
      <w:r>
        <w:rPr>
          <w:rFonts w:ascii="Arial" w:hAnsi="Arial" w:cs="Arial"/>
          <w:b w:val="0"/>
          <w:i w:val="0"/>
          <w:sz w:val="20"/>
        </w:rPr>
        <w:t>The oldest museum in the Netherlands (1784), frozen in time — fossils, coins, scientific instruments, and original drawings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Jopenkerk Craft Brewery — </w:t>
      </w:r>
      <w:r>
        <w:rPr>
          <w:rFonts w:ascii="Arial" w:hAnsi="Arial" w:cs="Arial"/>
          <w:b w:val="0"/>
          <w:i w:val="0"/>
          <w:sz w:val="20"/>
        </w:rPr>
        <w:t>A fully functioning brewery and grand café inside a soaring 1902 neo-Gothic church.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Zandvoort Beach Day — </w:t>
      </w:r>
      <w:r>
        <w:rPr>
          <w:rFonts w:ascii="Arial" w:hAnsi="Arial" w:cs="Arial"/>
          <w:b w:val="0"/>
          <w:i w:val="0"/>
          <w:sz w:val="20"/>
        </w:rPr>
        <w:t>Haarlem is the easiest gateway to the Dutch coast.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Grote Markt to Spaarne River Loop: </w:t>
      </w:r>
      <w:r>
        <w:rPr>
          <w:rFonts w:ascii="Arial" w:hAnsi="Arial" w:cs="Arial"/>
          <w:b w:val="0"/>
          <w:i w:val="0"/>
          <w:sz w:val="20"/>
        </w:rPr>
        <w:t>1.5 km · ~30 min · Flat — Start at the Grote Markt, admire the medieval Stadhuis and the Grote Kerk (St.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Hofjes Discovery Walk: </w:t>
      </w:r>
      <w:r>
        <w:rPr>
          <w:rFonts w:ascii="Arial" w:hAnsi="Arial" w:cs="Arial"/>
          <w:b w:val="0"/>
          <w:i w:val="0"/>
          <w:sz w:val="20"/>
        </w:rPr>
        <w:t>2 km · ~45 min · Flat — Wind through the backstreets between the Grote Markt and Frans Hals Museum hunting for hidden hofjes.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5:46AM–9:30PM · Jul 5:38AM–9:56PM · Sep 7:16AM–7:55PM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cruiseports.org/haarlem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Haarlem, North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arle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Nationaal Park Zuid-Kennemerland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Kasteel Keukenhof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Keukenhof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Teylers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St. Bavo Church in Haarlem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MASCOT Circuit Zandvoort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Frans Hals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Proveniershuis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