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Guy Fawkes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cluster of crescent-shaped volcanic islets rising from the Pacific northwest of Santa Cruz, Guy Fawkes is an all-water experience — drift-snorkel beneath tuff cliffs surrounded by sea lions, sharks, and a vibrant reef.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Zodiac/Tender (no landing) · 🕒 Typical call: 2-4 hrs · 💵 USD (no shore facilities) · 🗣️ Spanish · 🌊 Expedition cruises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from ship — no landings permitted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land access — water activities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drift diving, marine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Drift-snorkeling along the tuff cliffs with sea lions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Drift Snorkel — Crescent Islets — </w:t>
      </w:r>
      <w:r>
        <w:rPr>
          <w:rFonts w:ascii="Arial" w:hAnsi="Arial" w:cs="Arial"/>
          <w:b w:val="0"/>
          <w:i w:val="0"/>
          <w:sz w:val="20"/>
        </w:rPr>
        <w:t>The signature experience: drift along the semi-sheltered crescent of volcanic islets while sea lions, white-tip reef sharks,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Wall &amp; Pelagic Site — </w:t>
      </w:r>
      <w:r>
        <w:rPr>
          <w:rFonts w:ascii="Arial" w:hAnsi="Arial" w:cs="Arial"/>
          <w:b w:val="0"/>
          <w:i w:val="0"/>
          <w:sz w:val="20"/>
        </w:rPr>
        <w:t>Walls drop 20 meters to a sandy bottom draped in black coral and zoanthids.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Panga Ride — Islet Circumnavigation — </w:t>
      </w:r>
      <w:r>
        <w:rPr>
          <w:rFonts w:ascii="Arial" w:hAnsi="Arial" w:cs="Arial"/>
          <w:b w:val="0"/>
          <w:i w:val="0"/>
          <w:sz w:val="20"/>
        </w:rPr>
        <w:t>Some ships offer a slow Zodiac tour around the islets to spot blue-footed boobies nesting on the rock faces, Nazca boobies,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cruiseports.org/guy-fawkes-island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