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Gulfport, Mississippi, USA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Mississippi's Secret Coast delivers Civil War history, pristine barrier island beaches, world-class seafood, and a waterfront park steps from the pier — all anchored by Southern hospitality.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(docked) · 🕒 Typical call: 8-10 hrs · 💵 USD · 🗣️ English · 🌊 Barrier island beaches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Port of Gulfport deepwater terminal; shuttle to Jones Park gate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~0.4 mi / 8 min from port gate to downtown; shuttle from gangway to gate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Ship Island day trip, Mississippi Aquarium, Gulf Coast seafood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Fort Massachusetts on Ship Island — Civil War brick fort on a pristine barrier island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$15–$25 — Taxis are available at the cruise terminal. A ride to downtown Gulfport or the beach strip runs roughly $15–$25; flat ra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Lyft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Ship Island Day Trip — </w:t>
      </w:r>
      <w:r>
        <w:rPr>
          <w:rFonts w:ascii="Arial" w:hAnsi="Arial" w:cs="Arial"/>
          <w:b w:val="0"/>
          <w:i w:val="0"/>
          <w:sz w:val="20"/>
        </w:rPr>
        <w:t>Ferry 11 miles offshore to West Ship Island, part of the Gulf Islands National Seashore.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Mississippi Aquarium — </w:t>
      </w:r>
      <w:r>
        <w:rPr>
          <w:rFonts w:ascii="Arial" w:hAnsi="Arial" w:cs="Arial"/>
          <w:b w:val="0"/>
          <w:i w:val="0"/>
          <w:sz w:val="20"/>
        </w:rPr>
        <w:t>A world-class mostly outdoor aquarium steps from the port, featuring a 360° shark tunnel, dolphins, otters, and American…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Fort Massachusetts Tour — </w:t>
      </w:r>
      <w:r>
        <w:rPr>
          <w:rFonts w:ascii="Arial" w:hAnsi="Arial" w:cs="Arial"/>
          <w:b w:val="0"/>
          <w:i w:val="0"/>
          <w:sz w:val="20"/>
        </w:rPr>
        <w:t>On Ship Island, this intact masonry fort — begun in 1859 — housed Confederate and then Union troops.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Downtown Gulfport &amp; Fishbone Alley — </w:t>
      </w:r>
      <w:r>
        <w:rPr>
          <w:rFonts w:ascii="Arial" w:hAnsi="Arial" w:cs="Arial"/>
          <w:b w:val="0"/>
          <w:i w:val="0"/>
          <w:sz w:val="20"/>
        </w:rPr>
        <w:t>Explore a revitalized historic downtown with murals, local art galleries, boutiques, and the Gulfport Museum of History in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Gulfport Beach Stroll — </w:t>
      </w:r>
      <w:r>
        <w:rPr>
          <w:rFonts w:ascii="Arial" w:hAnsi="Arial" w:cs="Arial"/>
          <w:b w:val="0"/>
          <w:i w:val="0"/>
          <w:sz w:val="20"/>
        </w:rPr>
        <w:t>A clean, wide white-sand beach runs along Highway 90 just minutes from the port.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Jones Park to Downtown Loop: </w:t>
      </w:r>
      <w:r>
        <w:rPr>
          <w:rFonts w:ascii="Arial" w:hAnsi="Arial" w:cs="Arial"/>
          <w:b w:val="0"/>
          <w:i w:val="0"/>
          <w:sz w:val="20"/>
        </w:rPr>
        <w:t>1.2 miles · 25 min · Easy — From the port shuttle drop-off at Jones Park, walk past the lighthouse replica to the waterfront…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Waterfront to Mississippi Aquarium: </w:t>
      </w:r>
      <w:r>
        <w:rPr>
          <w:rFonts w:ascii="Arial" w:hAnsi="Arial" w:cs="Arial"/>
          <w:b w:val="0"/>
          <w:i w:val="0"/>
          <w:sz w:val="20"/>
        </w:rPr>
        <w:t>0.5 miles · 10 min · Easy — A simple flat walk from Jones Park along the waterfront to the Mississippi Aquarium entrance on…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6:02AM–7:43PM · Jul 6:05AM–7:59PM · Sep 6:41AM–7:01PM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cruiseports.org/gulfport-ms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Gulfport, Mississippi, USA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gulfport-ms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Gulf Islands Waterpark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Hiller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Fishbone Alley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Mississippi Gulf Coast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Jones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West Side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Popps Ferry Causeway Park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