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Guaymas, Sonora,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Sonoran Desert meets the sea — Guaymas delivers authentic Mexico, a one-of-a-kind pearl farm, and the resort shores of San Carlos just 20 minutes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(commercial pier) · 🕒 Typical call: 7-9 hrs · 💵 Mexican Peso (USD accepted in San Carlos) · 🗣️ Spanish (limited English downtown)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Commercial pier; shuttle to downtown (~10 min, often complimentary)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pier — industrial port zone; take shuttle or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Seafood lovers, divers, nature seekers, those wanting non-touristy Mexico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Perlas del Mar de Cortez pearl farm tour and fresh camarones on the Malecón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$10–$15 USD one-way — Taxis wait at the port and are the most common way to reach downtown Guaymas, about a 10-minute drive. Always negotiate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DiDi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Perlas del Mar de Cortez Pearl Farm — </w:t>
      </w:r>
      <w:r>
        <w:rPr>
          <w:rFonts w:ascii="Arial" w:hAnsi="Arial" w:cs="Arial"/>
          <w:b w:val="0"/>
          <w:i w:val="0"/>
          <w:sz w:val="20"/>
        </w:rPr>
        <w:t>The only active saltwater pearl farm in the Americas.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Carlos Mirador &amp; Playa Los Algodones — </w:t>
      </w:r>
      <w:r>
        <w:rPr>
          <w:rFonts w:ascii="Arial" w:hAnsi="Arial" w:cs="Arial"/>
          <w:b w:val="0"/>
          <w:i w:val="0"/>
          <w:sz w:val="20"/>
        </w:rPr>
        <w:t>Head 20 minutes to San Carlos for the Mirador Escénico — ranked by National Geographic as one of the Top 10 Ocean Views in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of Cortez Dive &amp; Snorkel — </w:t>
      </w:r>
      <w:r>
        <w:rPr>
          <w:rFonts w:ascii="Arial" w:hAnsi="Arial" w:cs="Arial"/>
          <w:b w:val="0"/>
          <w:i w:val="0"/>
          <w:sz w:val="20"/>
        </w:rPr>
        <w:t>Jacques Cousteau called this 'the aquarium of the world.' Dive sites include underwater caves, basalt walls, and wrecks like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Nacapule Canyon Hike — </w:t>
      </w:r>
      <w:r>
        <w:rPr>
          <w:rFonts w:ascii="Arial" w:hAnsi="Arial" w:cs="Arial"/>
          <w:b w:val="0"/>
          <w:i w:val="0"/>
          <w:sz w:val="20"/>
        </w:rPr>
        <w:t>Just outside Guaymas, Cañón del Nacapule is a lush tropical oasis tucked inside a dry canyon — a rare microclimate with palms…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Guaymas Food &amp; Malecón Walk — </w:t>
      </w:r>
      <w:r>
        <w:rPr>
          <w:rFonts w:ascii="Arial" w:hAnsi="Arial" w:cs="Arial"/>
          <w:b w:val="0"/>
          <w:i w:val="0"/>
          <w:sz w:val="20"/>
        </w:rPr>
        <w:t>Take the shuttle downtown, stroll the renovated Malecón waterfront, and eat at the Mercado Municipal or a waterfront mariscos spot.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Downtown &amp; Malecón Loop: </w:t>
      </w:r>
      <w:r>
        <w:rPr>
          <w:rFonts w:ascii="Arial" w:hAnsi="Arial" w:cs="Arial"/>
          <w:b w:val="0"/>
          <w:i w:val="0"/>
          <w:sz w:val="20"/>
        </w:rPr>
        <w:t>1.5 miles · Easy · 60–90 min — Start at Plaza de los Tres Presidentes with its large bronze statues of three Mexican presidents…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Miramar Beach Walk: </w:t>
      </w:r>
      <w:r>
        <w:rPr>
          <w:rFonts w:ascii="Arial" w:hAnsi="Arial" w:cs="Arial"/>
          <w:b w:val="0"/>
          <w:i w:val="0"/>
          <w:sz w:val="20"/>
        </w:rPr>
        <w:t>15 min by taxi · Easy · 1–2 hrs beach time — Playa Miramar is the closest swimming beach to the port — calm, clear turquoise water in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5:34AM–7:06PM · Jul 5:37AM–7:21PM · Sep 6:09AM–6:27PM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cruiseports.org/guaymas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Guaymas, Sonora, Mexico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uayma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Estero "El soldado"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Miramar, Guaymas, MX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Plaza of the Three Presidents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El Veneno, Guaymas, Sonora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Malecón Turistico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Escollera Miramar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