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Grundsund, Bohuslän,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time-warp fishing village on Sweden's granite coast, split by a hand-dug canal lined with red boathouses and smelling of fresh shrimp. No crowds, no cruise terminal — just an honest Swedish summer afternoon.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5–7 hrs · 💳 SEK — cashless society, cards everywhere · 🗣️ Swedish (English widely spoken) · 🦐 Seafood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Grundsund Gästhamn (guest harbor) on the canal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in the village heart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Slow walks, fresh shrimp, kayaking the archipelago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Pelles Rökeri seafood restaurant and the Islandsberg Lighthouse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SEK 500–550 to Lysekil (~25 km) — Two local taxi operators serve Skaftö: Taxi Väst Skaftö (+46 523-45 90 00) and Taxi Bertil Allansson (+46 70-512 30 72,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Walk &amp; Boathouses — </w:t>
      </w:r>
      <w:r>
        <w:rPr>
          <w:rFonts w:ascii="Arial" w:hAnsi="Arial" w:cs="Arial"/>
          <w:b w:val="0"/>
          <w:i w:val="0"/>
          <w:sz w:val="20"/>
        </w:rPr>
        <w:t>Stroll both sides of Grundsunds Kanal, the hand-dug channel that splits the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Islandsberg Lighthouse Hike — </w:t>
      </w:r>
      <w:r>
        <w:rPr>
          <w:rFonts w:ascii="Arial" w:hAnsi="Arial" w:cs="Arial"/>
          <w:b w:val="0"/>
          <w:i w:val="0"/>
          <w:sz w:val="20"/>
        </w:rPr>
        <w:t>A trail of about 2.7 km each way leads to the old Islandsberg Lighthouse on Skaftö's southern cape — a treeless granite headland…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Archipelago — </w:t>
      </w:r>
      <w:r>
        <w:rPr>
          <w:rFonts w:ascii="Arial" w:hAnsi="Arial" w:cs="Arial"/>
          <w:b w:val="0"/>
          <w:i w:val="0"/>
          <w:sz w:val="20"/>
        </w:rPr>
        <w:t>Rent a kayak from Balanspunkten (by the harbor) and paddle through calm inner channels and out among the granite skerries.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Fresh Shrimp at the Pier — </w:t>
      </w:r>
      <w:r>
        <w:rPr>
          <w:rFonts w:ascii="Arial" w:hAnsi="Arial" w:cs="Arial"/>
          <w:b w:val="0"/>
          <w:i w:val="0"/>
          <w:sz w:val="20"/>
        </w:rPr>
        <w:t>Buy cold-water shrimp (räkor) by the kilo directly from local fishing boats at the harbor and eat them on the dock with bread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Grundsund Church &amp; Votive Ships — </w:t>
      </w:r>
      <w:r>
        <w:rPr>
          <w:rFonts w:ascii="Arial" w:hAnsi="Arial" w:cs="Arial"/>
          <w:b w:val="0"/>
          <w:i w:val="0"/>
          <w:sz w:val="20"/>
        </w:rPr>
        <w:t>The red wooden church from 1799 contains hanging votive ships — traditional Swedish offerings for sailors lost at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Village Loop: </w:t>
      </w:r>
      <w:r>
        <w:rPr>
          <w:rFonts w:ascii="Arial" w:hAnsi="Arial" w:cs="Arial"/>
          <w:b w:val="0"/>
          <w:i w:val="0"/>
          <w:sz w:val="20"/>
        </w:rPr>
        <w:t>1.5 km · 30 min · Easy — Start at the guest harbor, walk south along the east bank of the canal past Pelles Rökeri…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Strandpromenaden Sea Walk: </w:t>
      </w:r>
      <w:r>
        <w:rPr>
          <w:rFonts w:ascii="Arial" w:hAnsi="Arial" w:cs="Arial"/>
          <w:b w:val="0"/>
          <w:i w:val="0"/>
          <w:sz w:val="20"/>
        </w:rPr>
        <w:t>0.75 km · 15 min · Easy — Follow the Strandpromenaden waterfront promenade along the rocky outer shore, with benches and open…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4:48AM–9:34PM · Jul 4:34AM–10:05PM · Sep 6:44AM–7:33PM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cruiseports.org/grundsund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Grundsund, Bohuslän,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und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Lysekils Kyrka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Lysekils utsiktstorn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Stångehuvuds nature reserve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