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Grundarfjordur, Snaefellsnes, Iceland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small fishing village beneath Iceland's most-photographed mountain, Grundarfjordur delivers dramatic scenery and authentic Iceland — no tourist strip malls, no crowds.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 ships) or Tender (large ships) · 🕒 Typical call: 6-8 hrs · 💵 ISK / Cashless (cards everywhere) · 🗣️ Icelandic, English widely spoken · 🌋 Snaefellsnes Peninsula gateway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Smaller ships dock at pier (max 240m); larger vessels anchor and tender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Kirkjufell: </w:t>
      </w:r>
      <w:r>
        <w:rPr>
          <w:rFonts w:ascii="Arial" w:hAnsi="Arial" w:cs="Arial"/>
          <w:b w:val="0"/>
          <w:i w:val="0"/>
          <w:sz w:val="20"/>
        </w:rPr>
        <w:t>~2.5 km (35–40 min) from the tender pier along a flat path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Kirkjufell photos, whale watching, Snaefellsnes Peninsula tours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Kirkjufellsfoss waterfall with the mountain behind it — the classic shot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(expensive) — Taxis are scarce in Grundarfjordur and unlikely to be waiting at the pier. Pre-booking in advance is strongly recommende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Kirkjufell Mountain &amp; Waterfall Walk — </w:t>
      </w:r>
      <w:r>
        <w:rPr>
          <w:rFonts w:ascii="Arial" w:hAnsi="Arial" w:cs="Arial"/>
          <w:b w:val="0"/>
          <w:i w:val="0"/>
          <w:sz w:val="20"/>
        </w:rPr>
        <w:t>Walk the flat 2.5 km coastal path to Kirkjufellsfoss and Iceland's most-photographed mountain.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Watching from the Harbor — </w:t>
      </w:r>
      <w:r>
        <w:rPr>
          <w:rFonts w:ascii="Arial" w:hAnsi="Arial" w:cs="Arial"/>
          <w:b w:val="0"/>
          <w:i w:val="0"/>
          <w:sz w:val="20"/>
        </w:rPr>
        <w:t>Láki Tours operates whale-watching boats directly from Grundarfjordur harbor.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Snaefellsnes Peninsula Day Tour — </w:t>
      </w:r>
      <w:r>
        <w:rPr>
          <w:rFonts w:ascii="Arial" w:hAnsi="Arial" w:cs="Arial"/>
          <w:b w:val="0"/>
          <w:i w:val="0"/>
          <w:sz w:val="20"/>
        </w:rPr>
        <w:t>A bus tour of 'Iceland in Miniature' — black pebble beach Djupalonsandur, the basalt arches at Arnarstapi, Saxholl volcanic…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Vatnshellir Lava Cave — </w:t>
      </w:r>
      <w:r>
        <w:rPr>
          <w:rFonts w:ascii="Arial" w:hAnsi="Arial" w:cs="Arial"/>
          <w:b w:val="0"/>
          <w:i w:val="0"/>
          <w:sz w:val="20"/>
        </w:rPr>
        <w:t>An 8,000-year-old lava tube inside Snaefellsjokull National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Under Kirkjufell — </w:t>
      </w:r>
      <w:r>
        <w:rPr>
          <w:rFonts w:ascii="Arial" w:hAnsi="Arial" w:cs="Arial"/>
          <w:b w:val="0"/>
          <w:i w:val="0"/>
          <w:sz w:val="20"/>
        </w:rPr>
        <w:t>Guided sea kayaking departs near the harbor, letting you paddle through the calm fjord with the mountain towering overhead.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Kirkjufellsfoss: </w:t>
      </w:r>
      <w:r>
        <w:rPr>
          <w:rFonts w:ascii="Arial" w:hAnsi="Arial" w:cs="Arial"/>
          <w:b w:val="0"/>
          <w:i w:val="0"/>
          <w:sz w:val="20"/>
        </w:rPr>
        <w:t>5 km return · Flat · 70–80 min · Free — The main walk: follow the gravel/paved path alongside Route 54 from the harbor pontoon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Stroll &amp; Baejarfoss Waterfall: </w:t>
      </w:r>
      <w:r>
        <w:rPr>
          <w:rFonts w:ascii="Arial" w:hAnsi="Arial" w:cs="Arial"/>
          <w:b w:val="0"/>
          <w:i w:val="0"/>
          <w:sz w:val="20"/>
        </w:rPr>
        <w:t>1.5 km return · Easy · 30 min · Free — From the harbor, walk into town past the colorful houses and Grundarfjardarkirkja church, then…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6:55AM–7:58PM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cruiseports.org/grundarfjordur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Grundarfjordur, Snaefellsnes, Iceland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rundarfjordu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Kirkjufell Waterfall Viewpoint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Kirkjufell Mountain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Kirkjufellsfoss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Giant Padlock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Grundarfoss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Bjarnarfoss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