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Greenock, Scotland, United Kingdom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Scotland's premier cruise gateway puts Glasgow's world-class museums, the bonnie banks of Loch Lomond, and Highland scenery within easy reach — and Greenock itself delivers a warm Scottish welcome with a live piper and panoramic Clyde views.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(Greenock Ocean Terminal) · 🕒 Typical call: 8-10 hrs · 💷 British Pound Sterling (GBP) · 🗣️ English (Scottish) · 🏴󠁧󠁢󠁳󠁣󠁴󠁿 Gateway to Glasgow &amp; Highlands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Direct pier — Greenock Ocean Terminal (no tender)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10-15 min flat walk to Greenock town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Glasgow city day trips, Loch Lomond, Scotch whisky, history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Kelvingrove Museum (free), the pier pipe band farewell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£60–£100 one way — Door-to-door taxi to Glasgow city centre takes ~30–50 min depending on traffic. Pre-booked private transfers for groups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McGill's Buses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Glasgow City Day Trip — DIY by Train — </w:t>
      </w:r>
      <w:r>
        <w:rPr>
          <w:rFonts w:ascii="Arial" w:hAnsi="Arial" w:cs="Arial"/>
          <w:b w:val="0"/>
          <w:i w:val="0"/>
          <w:sz w:val="20"/>
        </w:rPr>
        <w:t>Take the ScotRail train to Glasgow Central and explore on foot.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Loch Lomond &amp; the Trossachs — </w:t>
      </w:r>
      <w:r>
        <w:rPr>
          <w:rFonts w:ascii="Arial" w:hAnsi="Arial" w:cs="Arial"/>
          <w:b w:val="0"/>
          <w:i w:val="0"/>
          <w:sz w:val="20"/>
        </w:rPr>
        <w:t>Britain's largest freshwater loch is just 45 minutes from the port.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Inveraray Castle &amp; Argyll — </w:t>
      </w:r>
      <w:r>
        <w:rPr>
          <w:rFonts w:ascii="Arial" w:hAnsi="Arial" w:cs="Arial"/>
          <w:b w:val="0"/>
          <w:i w:val="0"/>
          <w:sz w:val="20"/>
        </w:rPr>
        <w:t>The ancestral seat of the Duke of Argyll, Inveraray Castle is a fairytale turreted castle featured in Downton Abbey.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McLean Museum &amp; Greenock Local History — </w:t>
      </w:r>
      <w:r>
        <w:rPr>
          <w:rFonts w:ascii="Arial" w:hAnsi="Arial" w:cs="Arial"/>
          <w:b w:val="0"/>
          <w:i w:val="0"/>
          <w:sz w:val="20"/>
        </w:rPr>
        <w:t>A free, fascinating museum celebrating Greenock's maritime and industrial past, including exhibits on James Watt (the steam…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Scotch Whisky Tasting — Clydeside Distillery — </w:t>
      </w:r>
      <w:r>
        <w:rPr>
          <w:rFonts w:ascii="Arial" w:hAnsi="Arial" w:cs="Arial"/>
          <w:b w:val="0"/>
          <w:i w:val="0"/>
          <w:sz w:val="20"/>
        </w:rPr>
        <w:t>Glasgow's only working waterfront distillery sits next to the Riverside Museum.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Greenock Esplanade Waterfront Walk: </w:t>
      </w:r>
      <w:r>
        <w:rPr>
          <w:rFonts w:ascii="Arial" w:hAnsi="Arial" w:cs="Arial"/>
          <w:b w:val="0"/>
          <w:i w:val="0"/>
          <w:sz w:val="20"/>
        </w:rPr>
        <w:t>1.5 miles one-way · Flat · 30-45 min · Free — Starting from the cruise terminal, follow the Esplanade east along the Firth of Clyde.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Glasgow Merchant City &amp; Cathedral Walk: </w:t>
      </w:r>
      <w:r>
        <w:rPr>
          <w:rFonts w:ascii="Arial" w:hAnsi="Arial" w:cs="Arial"/>
          <w:b w:val="0"/>
          <w:i w:val="0"/>
          <w:sz w:val="20"/>
        </w:rPr>
        <w:t>1.5 miles loop · Easy · 45-60 min after train · Free — From Glasgow Central, walk north through the Merchant City to George Square, then up High Street to…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5:06AM–9:25PM · Jul 4:54AM–9:54PM · Sep 6:51AM–7:35PM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cruiseports.org/greenock-glasgow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Greenock, Scotland, United Kingdom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greenock-glasgow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Loch Lomond Golf Club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Corlic Hill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Sweeney's Cruise Co Loch Lomond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Greenock Cut Visitor Centre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Scottish Fire and Rescue Service Museum and Heritage Centre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Dumbarton Castle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Birkmyre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Finlaystone Country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