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Great Yarmouth, Norfolk, England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Victorian seaside resort with real medieval bones — Great Yarmouth pairs Britain's best-preserved town walls with golden North Sea beaches, a 1903 circus, and the kind of fish-and-chips you can't get anywhere else.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(Outer Harbour) · 🕒 Typical call: 6-8 hrs · 💷 GBP (British Pound) · 🗣️ English · 🌊 Beach port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Docked at Outer Harbour — shuttle bus required to reach town (~10 min)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from port; free/paid shuttle to Market Gates or the seafront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Classic British seaside, history buffs, beach days, day trips to Norwich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Hippodrome Circus (Britain's only surviving purpose-built circus still in use) and the 1932 wooden roller coaster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£5–£15 — Local cabs (Albies Taxis, Yella Cabs) are available at the quay. Short town-centre hops are at the lower end; longer tri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Medieval Walls &amp; Minster Walk — </w:t>
      </w:r>
      <w:r>
        <w:rPr>
          <w:rFonts w:ascii="Arial" w:hAnsi="Arial" w:cs="Arial"/>
          <w:b w:val="0"/>
          <w:i w:val="0"/>
          <w:sz w:val="20"/>
        </w:rPr>
        <w:t>Great Yarmouth has the second-best preserved medieval town walls in England.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Time and Tide Museum — </w:t>
      </w:r>
      <w:r>
        <w:rPr>
          <w:rFonts w:ascii="Arial" w:hAnsi="Arial" w:cs="Arial"/>
          <w:b w:val="0"/>
          <w:i w:val="0"/>
          <w:sz w:val="20"/>
        </w:rPr>
        <w:t>Housed in a Victorian herring curing works, this award-winning museum covers Great Yarmouth's fishing and maritime heritage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Pleasure Beach — 1932 Wooden Roller Coaster — </w:t>
      </w:r>
      <w:r>
        <w:rPr>
          <w:rFonts w:ascii="Arial" w:hAnsi="Arial" w:cs="Arial"/>
          <w:b w:val="0"/>
          <w:i w:val="0"/>
          <w:sz w:val="20"/>
        </w:rPr>
        <w:t>One of only two remaining wooden scenic railways in the UK that still uses a live brakeman on the train.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Hippodrome Circus — </w:t>
      </w:r>
      <w:r>
        <w:rPr>
          <w:rFonts w:ascii="Arial" w:hAnsi="Arial" w:cs="Arial"/>
          <w:b w:val="0"/>
          <w:i w:val="0"/>
          <w:sz w:val="20"/>
        </w:rPr>
        <w:t>Built in 1903, this is Britain's only surviving purpose-built circus building still used for circus, and one of just a handful…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 Trip to Norwich — </w:t>
      </w:r>
      <w:r>
        <w:rPr>
          <w:rFonts w:ascii="Arial" w:hAnsi="Arial" w:cs="Arial"/>
          <w:b w:val="0"/>
          <w:i w:val="0"/>
          <w:sz w:val="20"/>
        </w:rPr>
        <w:t>Just 30 minutes by train, Norwich offers a Norman cathedral, a 900-year-old castle, medieval cobbled Elm Hill, and excellent…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Golden Mile Seafront Promenade: </w:t>
      </w:r>
      <w:r>
        <w:rPr>
          <w:rFonts w:ascii="Arial" w:hAnsi="Arial" w:cs="Arial"/>
          <w:b w:val="0"/>
          <w:i w:val="0"/>
          <w:sz w:val="20"/>
        </w:rPr>
        <w:t>2 km · easy · 45-60 min — Walk the full length of Great Yarmouth's famous seafront from the Venetian Waterways and Cotman…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Medieval Town Walls Circuit: </w:t>
      </w:r>
      <w:r>
        <w:rPr>
          <w:rFonts w:ascii="Arial" w:hAnsi="Arial" w:cs="Arial"/>
          <w:b w:val="0"/>
          <w:i w:val="0"/>
          <w:sz w:val="20"/>
        </w:rPr>
        <w:t>2 km loop · easy · 1 hr — Follow the surviving sections of Great Yarmouth's medieval flint walls — among the best-preserved…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4:56AM–8:43PM · Jul 4:48AM–9:08PM · Sep 6:27AM–7:07PM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cruiseports.org/great-yarmouth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Great Yarmouth, Norfolk, England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reat-yarmouth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Pleasurewood Hills Family Theme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Jurassic Journey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Great Yarmouth Pleasure Beach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Caister Castle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Merrivale Model Village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SEA LIFE Great Yarmouth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Burgh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Great Yarmouth Beach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