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Great Harbour Cay, Berry Islands,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Bahamas' best-kept secrets, Great Harbour Cay delivers mile-long empty beaches, a 1960s jet-set past, and some of the finest bonefishing flats in the Caribbean — all with barely another tourist in sight.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USD / Bahamian Dollar · 🗣️ English · 🏝️ Small-ship &amp; luxury lines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Bullock's Harbour village from marina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Deserted beaches, bonefishing, snorkeling, digital detox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Sugar Beach caves and the island's 7-mile beach crescent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Negotiated — Unmetered local taxis may be available when tender boats arrive at the marina. Agree on fare before boarding; contact Gr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Bardot Beach Day — </w:t>
      </w:r>
      <w:r>
        <w:rPr>
          <w:rFonts w:ascii="Arial" w:hAnsi="Arial" w:cs="Arial"/>
          <w:b w:val="0"/>
          <w:i w:val="0"/>
          <w:sz w:val="20"/>
        </w:rPr>
        <w:t>A long crescent of powder-white sand along the island's roughly 7 miles of beach, said locally to be where Brigitte Bardot swam…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Hoffman's Cay Blue Hole — </w:t>
      </w:r>
      <w:r>
        <w:rPr>
          <w:rFonts w:ascii="Arial" w:hAnsi="Arial" w:cs="Arial"/>
          <w:b w:val="0"/>
          <w:i w:val="0"/>
          <w:sz w:val="20"/>
        </w:rPr>
        <w:t>A short boat ride south, Hoffman's Cay features a dramatic blue hole roughly 600 feet across with a 20-foot cliff for jumping.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Bonefishing the Berry Flats — </w:t>
      </w:r>
      <w:r>
        <w:rPr>
          <w:rFonts w:ascii="Arial" w:hAnsi="Arial" w:cs="Arial"/>
          <w:b w:val="0"/>
          <w:i w:val="0"/>
          <w:sz w:val="20"/>
        </w:rPr>
        <w:t>The Berry Islands are legendary among fly-fishers.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Shark Creek Mangrove Tour — </w:t>
      </w:r>
      <w:r>
        <w:rPr>
          <w:rFonts w:ascii="Arial" w:hAnsi="Arial" w:cs="Arial"/>
          <w:b w:val="0"/>
          <w:i w:val="0"/>
          <w:sz w:val="20"/>
        </w:rPr>
        <w:t>A winding tidal creek at the island's south end, nursery to baby sharks, sea turtles, eagle rays, and juvenile 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Sugar Beach &amp; the Old Golf Ruins — </w:t>
      </w:r>
      <w:r>
        <w:rPr>
          <w:rFonts w:ascii="Arial" w:hAnsi="Arial" w:cs="Arial"/>
          <w:b w:val="0"/>
          <w:i w:val="0"/>
          <w:sz w:val="20"/>
        </w:rPr>
        <w:t>Sugar Beach's limestone cliffs hide sea caves to explore at low tide.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Bullock's Harbour Village Stroll: </w:t>
      </w:r>
      <w:r>
        <w:rPr>
          <w:rFonts w:ascii="Arial" w:hAnsi="Arial" w:cs="Arial"/>
          <w:b w:val="0"/>
          <w:i w:val="0"/>
          <w:sz w:val="20"/>
        </w:rPr>
        <w:t>0.5 miles · 15-20 min · Easy — Walk from the marina through Great Harbour Cay's main settlement — colourful houses, friendly…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Bardot Beach: </w:t>
      </w:r>
      <w:r>
        <w:rPr>
          <w:rFonts w:ascii="Arial" w:hAnsi="Arial" w:cs="Arial"/>
          <w:b w:val="0"/>
          <w:i w:val="0"/>
          <w:sz w:val="20"/>
        </w:rPr>
        <w:t>0.8 miles · 20 min · Easy (or golf cart) — A flat paved road leads from the marina to the closest stretch of the famous Bardot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6:25AM–7:49PM · Jul 6:29AM–8:04PM · Sep 6:57AM–7:14PM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cruiseports.org/great-harbour-cay-bahamas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Great Harbour Cay, Berry Islands, Bahamas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eat-harbour-cay-baham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Swim With The Pigs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Chill Island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Perfect Day at CocoCay - Royal Caribbean International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Harbor Beach at Coco Cay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