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Great Barrier Reef, Coral Sea,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There's no pier, no town, no shopping street — just 2,300 kilometres of living coral and the clearest water you've ever snorkelled in. Your ship anchors in the open Coral Sea and the reef does the rest.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(open-sea anchorage) · 🕒 Typical call: 6-8 hrs · 💵 AUD — cards accepted on pontoons · 🗣️ English · 🐠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at sea — tender to reef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N/A — floating pontoon only, no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Snorkelling, scuba diving, underwater viewing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Semi-submersible tour &amp; helicopter over Heart Reef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Snorkel Safari — </w:t>
      </w:r>
      <w:r>
        <w:rPr>
          <w:rFonts w:ascii="Arial" w:hAnsi="Arial" w:cs="Arial"/>
          <w:b w:val="0"/>
          <w:i w:val="0"/>
          <w:sz w:val="20"/>
        </w:rPr>
        <w:t>A marine biologist leads a small group along the outer reef wall, pointing out clownfish, giant clams, Maori wrasse, and (in…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Introductory Scuba Dive — </w:t>
      </w:r>
      <w:r>
        <w:rPr>
          <w:rFonts w:ascii="Arial" w:hAnsi="Arial" w:cs="Arial"/>
          <w:b w:val="0"/>
          <w:i w:val="0"/>
          <w:sz w:val="20"/>
        </w:rPr>
        <w:t>No certification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Helicopter Flight — </w:t>
      </w:r>
      <w:r>
        <w:rPr>
          <w:rFonts w:ascii="Arial" w:hAnsi="Arial" w:cs="Arial"/>
          <w:b w:val="0"/>
          <w:i w:val="0"/>
          <w:sz w:val="20"/>
        </w:rPr>
        <w:t>A 10-minute flight over the outer reef reveals the full scale of the coral system from above, including Heart Reef — a naturally…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Semi-Submersible Coral Viewing — </w:t>
      </w:r>
      <w:r>
        <w:rPr>
          <w:rFonts w:ascii="Arial" w:hAnsi="Arial" w:cs="Arial"/>
          <w:b w:val="0"/>
          <w:i w:val="0"/>
          <w:sz w:val="20"/>
        </w:rPr>
        <w:t>A small glass-sided vessel dips below the waterline to give a fish-eye view of the reef without getting wet — ideal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Certified Scuba Dive — </w:t>
      </w:r>
      <w:r>
        <w:rPr>
          <w:rFonts w:ascii="Arial" w:hAnsi="Arial" w:cs="Arial"/>
          <w:b w:val="0"/>
          <w:i w:val="0"/>
          <w:sz w:val="20"/>
        </w:rPr>
        <w:t>Qualified divers can do a guided dive to 18 metres on the outer reef slope.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Pontoon Exploration: </w:t>
      </w:r>
      <w:r>
        <w:rPr>
          <w:rFonts w:ascii="Arial" w:hAnsi="Arial" w:cs="Arial"/>
          <w:b w:val="0"/>
          <w:i w:val="0"/>
          <w:sz w:val="20"/>
        </w:rPr>
        <w:t>Self-guided · Flat · 10 min — Walk the pontoon levels: upper sun deck, shaded dining area, underwater observatory stairs,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6:26AM–5:35PM · Jul 6:40AM–5:41PM · Sep 6:01AM–5:59PM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cruiseports.org/great-barrier-reef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Great Barrier Reef, Coral Sea,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at-barrier-ree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Boathaven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Honeyeater Lookout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Providence Whitsunday Sailing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Cruise Whitsundays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Whitsunday Saturday Markets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