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Graciosa Island, Azores, Portugal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quietest island in the Azores, Graciosa rewards those who seek it out: a dramatic volcanic cavern with a sulfur lake, red-domed Flemish windmills, warm thermal pools, and a sandy beach right at the tender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cruise pier) · 🕒 Typical call: 6–8 hrs · 💶 Currency: Euro (€) · 🗣️ Language: Portuguese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Porto da Praia, Vila da Praia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 to Vila da Praia village; Santa Cruz capital is 6 km (needs transport)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Volcanic caves, windmills, thermal baths, off-the-beaten-path Azores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Furna do Enxofre sulfur cavern &amp; queijadas pastries from the factory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€7–€15 — Taxis are available at the port and can take you to any point on the island. Short hops around Santa Cruz run €7–€10; cr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Furna do Enxofre — Volcanic Sulfur Cavern — </w:t>
      </w:r>
      <w:r>
        <w:rPr>
          <w:rFonts w:ascii="Arial" w:hAnsi="Arial" w:cs="Arial"/>
          <w:b w:val="0"/>
          <w:i w:val="0"/>
          <w:sz w:val="20"/>
        </w:rPr>
        <w:t>Descend a 183-step spiral staircase into a massive volcanic dome to find a cold, sulfurous lake and towering basalt columns.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Termas do Carapacho — Thermal Baths &amp; Natural Pools — </w:t>
      </w:r>
      <w:r>
        <w:rPr>
          <w:rFonts w:ascii="Arial" w:hAnsi="Arial" w:cs="Arial"/>
          <w:b w:val="0"/>
          <w:i w:val="0"/>
          <w:sz w:val="20"/>
        </w:rPr>
        <w:t>Soak in ~40°C (104°F) volcanic spring water at the island's thermal spa on the southeast coast, or swim in the adjacent natural…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Santa Cruz da Graciosa — Island Capital Walk — </w:t>
      </w:r>
      <w:r>
        <w:rPr>
          <w:rFonts w:ascii="Arial" w:hAnsi="Arial" w:cs="Arial"/>
          <w:b w:val="0"/>
          <w:i w:val="0"/>
          <w:sz w:val="20"/>
        </w:rPr>
        <w:t>Explore the whitewashed capital with its 16th-century Igreja Matriz, the Praça dos Pauis (tree-lined square with ancient…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Flemish Windmills &amp; Wine Cooperative — </w:t>
      </w:r>
      <w:r>
        <w:rPr>
          <w:rFonts w:ascii="Arial" w:hAnsi="Arial" w:cs="Arial"/>
          <w:b w:val="0"/>
          <w:i w:val="0"/>
          <w:sz w:val="20"/>
        </w:rPr>
        <w:t>Graciosa's red-domed windmills are an icon of Azorean heritage, introduced by Flemish settlers in the 15th century.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Loop — Ponta da Barca Lighthouse &amp; Ilhéu da Baleia — </w:t>
      </w:r>
      <w:r>
        <w:rPr>
          <w:rFonts w:ascii="Arial" w:hAnsi="Arial" w:cs="Arial"/>
          <w:b w:val="0"/>
          <w:i w:val="0"/>
          <w:sz w:val="20"/>
        </w:rPr>
        <w:t>Drive the island perimeter to the dramatic Ponta da Barca Lighthouse on the northwest tip, then stop at the Ilhéu da Baleia sea…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Vila da Praia Village Stroll: </w:t>
      </w:r>
      <w:r>
        <w:rPr>
          <w:rFonts w:ascii="Arial" w:hAnsi="Arial" w:cs="Arial"/>
          <w:b w:val="0"/>
          <w:i w:val="0"/>
          <w:sz w:val="20"/>
        </w:rPr>
        <w:t>0.5 km · 15 min · Flat · Free — From the tender pier walk along the seafront to Praia de São Mateus beach, then loop back through…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Santa Cruz to Monte da Ajuda: </w:t>
      </w:r>
      <w:r>
        <w:rPr>
          <w:rFonts w:ascii="Arial" w:hAnsi="Arial" w:cs="Arial"/>
          <w:b w:val="0"/>
          <w:i w:val="0"/>
          <w:sz w:val="20"/>
        </w:rPr>
        <w:t>1.5 km one-way · 45 min · Uphill · Free — From Santa Cruz's Praça dos Pauis, walk up to the hilltop Monte de Nossa Senhora da Ajuda for…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6:39AM–8:58PM · Jul 6:38AM–9:16PM · Sep 7:33AM–7:59PM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cruiseports.org/graciosa-island-azores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Graciosa Island, Azores, Portugal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raciosa-island-azor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Hermitage of Nossa Senhora da Ajuda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Praia de São Mateus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Porto Afonso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 da Graciosa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Furna do Abel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