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Gough Island, Tristan da Cunha, British Overseas Territory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UNESCO World Heritage wilderness rising from the Roaring Forties — no pier, no town, no tourists ashore. Just sheer volcanic cliffs, 10 million seabirds, and one of the planet's last truly wild places.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/ ship cruising only (no landing) · 🕒 Typical call: 4–8 hrs (weather dependent) · 💵 No commerce ashore · 🗣️ English (South African weather station) · 🦅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pier — Zodiac cruising from ship; landings prohibited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N/A — no public access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photography, birdwatching, expedition bragging rights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Tristan Albatross soaring the cliffs; rockhopper penguin colonies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Wildlife Cruise Along the Cliffs — </w:t>
      </w:r>
      <w:r>
        <w:rPr>
          <w:rFonts w:ascii="Arial" w:hAnsi="Arial" w:cs="Arial"/>
          <w:b w:val="0"/>
          <w:i w:val="0"/>
          <w:sz w:val="20"/>
        </w:rPr>
        <w:t>Weave between sea stacks and beneath 300 m volcanic cliffs while thousands of Tristan albatrosses, sooty shearwaters,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Observation from the Ship — </w:t>
      </w:r>
      <w:r>
        <w:rPr>
          <w:rFonts w:ascii="Arial" w:hAnsi="Arial" w:cs="Arial"/>
          <w:b w:val="0"/>
          <w:i w:val="0"/>
          <w:sz w:val="20"/>
        </w:rPr>
        <w:t>Even without Zodiac ops, the ship deck delivers world-class seabirding.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Scenic Coastal Photography — </w:t>
      </w:r>
      <w:r>
        <w:rPr>
          <w:rFonts w:ascii="Arial" w:hAnsi="Arial" w:cs="Arial"/>
          <w:b w:val="0"/>
          <w:i w:val="0"/>
          <w:sz w:val="20"/>
        </w:rPr>
        <w:t>The island's coastline is a succession of dramatic arches, sea caves, and cascading waterfalls dropping directly into the Atlantic.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7:09AM–6:09PM · Jun 8:01AM–5:19PM · Aug 7:28AM–6:00PM · Sep 6:40AM–6:29PM · Oct 5:51AM–7:00PM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a telephoto lens. A 300–600mm lens with image stabilisation is essential — you'll be shooting from a moving Zodiac or ship deck at subjects on distant…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the Roaring Forties. Even in austral summer (Dec–Feb), expect cold, wet, and relentlessly windy conditions. Waterproof shell, thermal layers, gloves…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Expect the unexpected. Swells can cancel Zodiac operations with no warning. Roughly half of all visits are ship-deck-only due to sea state. That's still…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cruiseports.org/gough-island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