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Golfo Dulce, Osa Peninsula, Costa Rica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only four tropical fjords on Earth, Golfo Dulce wraps calm, whale-nursery waters in some of the planet's densest rainforest. Expedition ships anchor offshore; mornings here belong to scarlet macaws, howler monkeys, and the occasional tapir track.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(anchor out) · 🕒 Typical call: 6–8 hrs · 💵 USD widely accepted / Costa Rican Colón · 🗣️ Spanish (English common in tourism) · 🌿 Eco &amp; expedition destination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anchor; Zodiacs or pangas ferry passengers ashore to Golfito or Puerto Jiménez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5–10 min flat from Golfito pier; Puerto Jiménez main street is directly at the dock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Wildlife, birdwatching, rainforest hikes, Corcovado access, whale-watching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Wild scarlet macaws in flight, a fresh ceviche at the waterfront, and the drive or boat to Corcovado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$5–$15 — Local taxis are available near the Golfito pier. Short rides within Golfito town are inexpensive; confirm the fare befor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Corcovado National Park Hike — </w:t>
      </w:r>
      <w:r>
        <w:rPr>
          <w:rFonts w:ascii="Arial" w:hAnsi="Arial" w:cs="Arial"/>
          <w:b w:val="0"/>
          <w:i w:val="0"/>
          <w:sz w:val="20"/>
        </w:rPr>
        <w:t>National Geographic's 'most biologically intense place on Earth.' A certified guide is required by law.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Whale &amp; Dolphin Watching — </w:t>
      </w:r>
      <w:r>
        <w:rPr>
          <w:rFonts w:ascii="Arial" w:hAnsi="Arial" w:cs="Arial"/>
          <w:b w:val="0"/>
          <w:i w:val="0"/>
          <w:sz w:val="20"/>
        </w:rPr>
        <w:t>Golfo Dulce is one of few places where both Northern and Southern Hemisphere humpback whales breed.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Casa Orquídeas Botanical Garden — </w:t>
      </w:r>
      <w:r>
        <w:rPr>
          <w:rFonts w:ascii="Arial" w:hAnsi="Arial" w:cs="Arial"/>
          <w:b w:val="0"/>
          <w:i w:val="0"/>
          <w:sz w:val="20"/>
        </w:rPr>
        <w:t>A private garden on the gulf's inner shoreline accessible only by boat.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Mangrove Kayaking (Coto or Esquinas River) — </w:t>
      </w:r>
      <w:r>
        <w:rPr>
          <w:rFonts w:ascii="Arial" w:hAnsi="Arial" w:cs="Arial"/>
          <w:b w:val="0"/>
          <w:i w:val="0"/>
          <w:sz w:val="20"/>
        </w:rPr>
        <w:t>Paddle through ancient mangrove tunnels that shelter caimans, herons, kingfishers, and boa constrictors.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Playa Cacao Beach Day — </w:t>
      </w:r>
      <w:r>
        <w:rPr>
          <w:rFonts w:ascii="Arial" w:hAnsi="Arial" w:cs="Arial"/>
          <w:b w:val="0"/>
          <w:i w:val="0"/>
          <w:sz w:val="20"/>
        </w:rPr>
        <w:t>A 10-minute water taxi from Golfito, Playa Cacao offers calm, warm dark-sand swimming, a couple of rustic beach bars, and far…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Golfito Waterfront &amp; American Zone: </w:t>
      </w:r>
      <w:r>
        <w:rPr>
          <w:rFonts w:ascii="Arial" w:hAnsi="Arial" w:cs="Arial"/>
          <w:b w:val="0"/>
          <w:i w:val="0"/>
          <w:sz w:val="20"/>
        </w:rPr>
        <w:t>~1.5 km · 25 min · Flat · Free — Walk north from the marina along the waterfront to the 'Zona Americana,' a cluster of raised wooden…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Puerto Jiménez Town Stroll: </w:t>
      </w:r>
      <w:r>
        <w:rPr>
          <w:rFonts w:ascii="Arial" w:hAnsi="Arial" w:cs="Arial"/>
          <w:b w:val="0"/>
          <w:i w:val="0"/>
          <w:sz w:val="20"/>
        </w:rPr>
        <w:t>~1 km · 15 min · Flat · Free — From the dock, walk along Calle Principal past tour operators, Café Monka for coffee, and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5:23AM–5:41PM · Jun 5:14AM–5:51PM · Aug 5:25AM–5:48PM · Sep 5:22AM–5:32PM · Oct 5:20AM–5:15PM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Wear the right shoes. Tender landings and most walks require closed-toe shoes or sturdy sandals. Flip-flops won't cut it for any nature excursion.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Bring a dry bag. Zodiac and panga tenders can be splashy, and afternoon rain is routine year-round. Protect your phone and camera.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Bug spray is non-negotiable. Sandflies and mosquitoes are intense near mangroves and the forest edge. Use DEET or picaridin and bring reef-safe sunscreen.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cruiseports.org/golfo-dulce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