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Golfo Aranci,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former fishing village on Sardinia's northeast coast, Golfo Aranci punches above its size with five beaches steps from the pier, dolphin-watching excursions, and quick access to the glamour of the Costa Smeralda.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7-9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most ships dock directly; very large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town, 5-10 min to nearest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boat trips, Costa Smeralda day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Dolphin-watching cruise &amp; Cala Moresca beach hike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€5–€10 local; €45–€55 to Olbia — Local taxis are available near the port for short trips. Pre-booked private transfers offer fixed rates to Olbia or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Dolphin-Watching Boat Trip — </w:t>
      </w:r>
      <w:r>
        <w:rPr>
          <w:rFonts w:ascii="Arial" w:hAnsi="Arial" w:cs="Arial"/>
          <w:b w:val="0"/>
          <w:i w:val="0"/>
          <w:sz w:val="20"/>
        </w:rPr>
        <w:t>Eco-boats patrol the waters around Figarolo Island where bottlenose dolphins are regularly spotted.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Maddalena Archipelago Day Trip — </w:t>
      </w:r>
      <w:r>
        <w:rPr>
          <w:rFonts w:ascii="Arial" w:hAnsi="Arial" w:cs="Arial"/>
          <w:b w:val="0"/>
          <w:i w:val="0"/>
          <w:sz w:val="20"/>
        </w:rPr>
        <w:t>Boat excursion to this protected national park reveals deserted beaches, pink sands of Budelli, and crystalline coves around…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Costa Smeralda &amp; Porto Cervo — </w:t>
      </w:r>
      <w:r>
        <w:rPr>
          <w:rFonts w:ascii="Arial" w:hAnsi="Arial" w:cs="Arial"/>
          <w:b w:val="0"/>
          <w:i w:val="0"/>
          <w:sz w:val="20"/>
        </w:rPr>
        <w:t>A 40-minute drive north delivers you to the world's most glamorous yacht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Capo Figari Hike &amp; Lighthouse — </w:t>
      </w:r>
      <w:r>
        <w:rPr>
          <w:rFonts w:ascii="Arial" w:hAnsi="Arial" w:cs="Arial"/>
          <w:b w:val="0"/>
          <w:i w:val="0"/>
          <w:sz w:val="20"/>
        </w:rPr>
        <w:t>Trail up the headland above town leads to a working lighthouse with sweeping views over the gulf, Tavolara Island,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Tavolara &amp; Molara Island Snorkel — </w:t>
      </w:r>
      <w:r>
        <w:rPr>
          <w:rFonts w:ascii="Arial" w:hAnsi="Arial" w:cs="Arial"/>
          <w:b w:val="0"/>
          <w:i w:val="0"/>
          <w:sz w:val="20"/>
        </w:rPr>
        <w:t>Boat trips south to the dramatic limestone tower of Tavolara and the pristine natural pools of Molara combine swimming stops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Promenade &amp; Town Beaches: </w:t>
      </w:r>
      <w:r>
        <w:rPr>
          <w:rFonts w:ascii="Arial" w:hAnsi="Arial" w:cs="Arial"/>
          <w:b w:val="0"/>
          <w:i w:val="0"/>
          <w:sz w:val="20"/>
        </w:rPr>
        <w:t>1.5 km · Flat · 20 min one-way — Stroll from the port along the promenade past Prima Spiaggia (most central) all the way to Quinta…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Capo Figari Trail to the Lighthouse: </w:t>
      </w:r>
      <w:r>
        <w:rPr>
          <w:rFonts w:ascii="Arial" w:hAnsi="Arial" w:cs="Arial"/>
          <w:b w:val="0"/>
          <w:i w:val="0"/>
          <w:sz w:val="20"/>
        </w:rPr>
        <w:t>5 km return · Moderate · 2-2.5 hrs — Follow signs from Cala Moresca up through Mediterranean scrub to the Capo Figari lighthouse.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6:03AM–8:32PM · Jul 6:02AM–8:52PM · Sep 7:02AM–7:30PM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cruiseports.org/golfo-aranci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Golfo Aranci,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olfo-aranc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Nuraghe Riu Mulinu Cabu Abbas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Hruska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Quinta Spiaggia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Lorenzo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Alghe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Bados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Shirley Bassey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