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Glengarriff, County Cork, Ireland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Warmed by the Gulf Stream, this tiny Cork village punches well above its weight — subtropical gardens on an island in the bay, a resident seal colony, and ancient Irish oak woods all within minutes of the tender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pier) · 🕒 Typical call: 6–8 hrs · 💶 Currency: Euro (€) · 🗣️ Language: English (Irish on signs)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Bantry Bay; boats to Glengarriff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village: </w:t>
      </w:r>
      <w:r>
        <w:rPr>
          <w:rFonts w:ascii="Arial" w:hAnsi="Arial" w:cs="Arial"/>
          <w:b w:val="0"/>
          <w:i w:val="0"/>
          <w:sz w:val="20"/>
        </w:rPr>
        <w:t>5–10 min from tender pier to village centre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Garinish Island gardens, seal watching, woodland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Ferry to Garinish Island — book the earliest tender to fit it in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€27–€35 to Bantry — Local taxi services (Billy Downey Cabs, Donal Harrington) serve Glengarriff and the surrounding area. Bantry (~17 km) is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Garinish Island (Ilnacullin) Gardens — </w:t>
      </w:r>
      <w:r>
        <w:rPr>
          <w:rFonts w:ascii="Arial" w:hAnsi="Arial" w:cs="Arial"/>
          <w:b w:val="0"/>
          <w:i w:val="0"/>
          <w:sz w:val="20"/>
        </w:rPr>
        <w:t>Board the Blue Pool Ferry or Harbour Queen for a 15-min crossing to this world-famous island garden.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Bantry House &amp; Gardens — </w:t>
      </w:r>
      <w:r>
        <w:rPr>
          <w:rFonts w:ascii="Arial" w:hAnsi="Arial" w:cs="Arial"/>
          <w:b w:val="0"/>
          <w:i w:val="0"/>
          <w:sz w:val="20"/>
        </w:rPr>
        <w:t>A 15-minute drive brings you to one of Ireland's great 18th-century stately homes.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Caha Pass Mountain Drive — </w:t>
      </w:r>
      <w:r>
        <w:rPr>
          <w:rFonts w:ascii="Arial" w:hAnsi="Arial" w:cs="Arial"/>
          <w:b w:val="0"/>
          <w:i w:val="0"/>
          <w:sz w:val="20"/>
        </w:rPr>
        <w:t>Hire a driver or join a tour for the spectacular road over the Caha Mountains toward Kenmare.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Glengarriff Woods Nature Reserve — </w:t>
      </w:r>
      <w:r>
        <w:rPr>
          <w:rFonts w:ascii="Arial" w:hAnsi="Arial" w:cs="Arial"/>
          <w:b w:val="0"/>
          <w:i w:val="0"/>
          <w:sz w:val="20"/>
        </w:rPr>
        <w:t>One of Ireland's best-preserved ancient oak forests, a 20-minute walk or short taxi ride from the pier.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Blue Pool &amp; Village Wander — </w:t>
      </w:r>
      <w:r>
        <w:rPr>
          <w:rFonts w:ascii="Arial" w:hAnsi="Arial" w:cs="Arial"/>
          <w:b w:val="0"/>
          <w:i w:val="0"/>
          <w:sz w:val="20"/>
        </w:rPr>
        <w:t>The Blue Pool is a magical tidal inlet right behind the village where river meets sea — perfect for a short woodland walk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Tender Pier to Village &amp; Blue Pool Loop: </w:t>
      </w:r>
      <w:r>
        <w:rPr>
          <w:rFonts w:ascii="Arial" w:hAnsi="Arial" w:cs="Arial"/>
          <w:b w:val="0"/>
          <w:i w:val="0"/>
          <w:sz w:val="20"/>
        </w:rPr>
        <w:t>1.5 km · 20–30 min · Easy · Free — From the tender pier, walk into the village past craft shops and pubs, then follow the signs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Glengarriff Woods Nature Reserve: </w:t>
      </w:r>
      <w:r>
        <w:rPr>
          <w:rFonts w:ascii="Arial" w:hAnsi="Arial" w:cs="Arial"/>
          <w:b w:val="0"/>
          <w:i w:val="0"/>
          <w:sz w:val="20"/>
        </w:rPr>
        <w:t>2–4 km · 1–1.5 hrs · Easy to moderate · Free — A short taxi or 20-min walk from the village brings you to ancient sessile oak woodland with…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5:45AM–9:24PM · Jul 5:38AM–9:49PM · Sep 7:13AM–7:52PM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cruiseports.org/glengarriff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Glengarriff, County Cork, Ireland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lengarriff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Ewe Experience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Garinish Island (Oileán Garinis)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Gleninchaquin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Pooleen Wood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Carnegie Arts Centre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