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Glacier Bay,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Alaska's most spectacular scenic cruising days — your ship glides past calving tidewater glaciers while NPS rangers narrate the show and humpback whales breach off the bow.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🛳️ Scenic cruising only (no shore access from large ships) · 🕒 Typical call: 8-10 hrs · 💵 USD · 🗣️ English · 🌿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docking or tendering — large ships cruise through the bay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Permit limit: </w:t>
      </w:r>
      <w:r>
        <w:rPr>
          <w:rFonts w:ascii="Arial" w:hAnsi="Arial" w:cs="Arial"/>
          <w:b w:val="0"/>
          <w:i w:val="0"/>
          <w:sz w:val="20"/>
        </w:rPr>
        <w:t>Only 2 large cruise ships allowed in the park per day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Glacier viewing, whale watching, scenic photography from the decks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Margerie Glacier — ships stop here; listen for the thunder of calving ice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Glacier Viewing from the Deck — </w:t>
      </w:r>
      <w:r>
        <w:rPr>
          <w:rFonts w:ascii="Arial" w:hAnsi="Arial" w:cs="Arial"/>
          <w:b w:val="0"/>
          <w:i w:val="0"/>
          <w:sz w:val="20"/>
        </w:rPr>
        <w:t>The ship stops in front of Margerie Glacier — a 21-mile-long tidewater glacier that regularly calves massive chunks of ice into…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Wildlife Watching on Board — </w:t>
      </w:r>
      <w:r>
        <w:rPr>
          <w:rFonts w:ascii="Arial" w:hAnsi="Arial" w:cs="Arial"/>
          <w:b w:val="0"/>
          <w:i w:val="0"/>
          <w:sz w:val="20"/>
        </w:rPr>
        <w:t>Glacier Bay is one of the richest marine wildlife corridors in Alaska.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at Bartlett Cove (Small Ships / Independents) — </w:t>
      </w:r>
      <w:r>
        <w:rPr>
          <w:rFonts w:ascii="Arial" w:hAnsi="Arial" w:cs="Arial"/>
          <w:b w:val="0"/>
          <w:i w:val="0"/>
          <w:sz w:val="20"/>
        </w:rPr>
        <w:t>Glacier Bay Sea Kayaks operates half-day and full-day guided paddles from Bartlett Cove, the only developed area of the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Glacier Bay Full-Day Tour Boat (Independents / Small Ships) — </w:t>
      </w:r>
      <w:r>
        <w:rPr>
          <w:rFonts w:ascii="Arial" w:hAnsi="Arial" w:cs="Arial"/>
          <w:b w:val="0"/>
          <w:i w:val="0"/>
          <w:sz w:val="20"/>
        </w:rPr>
        <w:t>The daily catamaran from Glacier Bay Lodge dock at Bartlett Cove travels 130 miles round-trip through the bay to the upper…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Huna Tribal House — Xunaa Shuká Hít — </w:t>
      </w:r>
      <w:r>
        <w:rPr>
          <w:rFonts w:ascii="Arial" w:hAnsi="Arial" w:cs="Arial"/>
          <w:b w:val="0"/>
          <w:i w:val="0"/>
          <w:sz w:val="20"/>
        </w:rPr>
        <w:t>At Bartlett Cove, the Huna Tlingit Tribal House (Xunaa Shuká Hít) celebrates the cultural heritage of the Huna Tlingit people who…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Forest Loop Trail, Bartlett Cove: </w:t>
      </w:r>
      <w:r>
        <w:rPr>
          <w:rFonts w:ascii="Arial" w:hAnsi="Arial" w:cs="Arial"/>
          <w:b w:val="0"/>
          <w:i w:val="0"/>
          <w:sz w:val="20"/>
        </w:rPr>
        <w:t>1 mile · Easy · 30-45 min — A flat loop through old-growth temperate rainforest down to the beach, with a viewing platform over…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Bartlett River Trail: </w:t>
      </w:r>
      <w:r>
        <w:rPr>
          <w:rFonts w:ascii="Arial" w:hAnsi="Arial" w:cs="Arial"/>
          <w:b w:val="0"/>
          <w:i w:val="0"/>
          <w:sz w:val="20"/>
        </w:rPr>
        <w:t>4 miles round-trip · Easy-Moderate · 2-3 hrs — Follows the shoreline and forest edge to the Bartlett River estuary — a prime spot for brown bear…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5:50AM–8:17PM · Jun 3:56AM–10:12PM · Aug 5:26AM–8:47PM · Sep 6:34AM–7:21PM · Oct 7:41AM–5:56PM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for cold, even in summer. Temperatures near the glaciers can drop sharply — wind chill on deck makes it feel sub-zero. Waterproof layers, gloves, and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Position matters. The ship typically approaches Margerie Glacier on the starboard side — check with your ranger which side for the best glacier views on your…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binoculars. Wildlife is often distant; binoculars transform a dot in the water into a humpback whale. South Marble Island is the seabird highlight…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cruiseports.org/glacier-bay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