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Gizo, Western Province, Solomon Islands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raw, authentic slice of the South Pacific — world-class diving in the Coral Triangle, WWII wreck sites, and the island where JFK's crew swam to safety. Expedition ships love it for good reason.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(ships anchor offshore) · 🕒 Typical call: 6–8 hrs · 💵 Solomon Islands Dollar (SBD); USD/AUD accepted · 🗣️ English &amp; Solomon Islands Pijin · 🤿 Dive &amp; snorkel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anchor, boats land at Gizo Town Wharf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wharf is in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Diving, WWII history, Kennedy Island, local markets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Kennedy Island boat trip &amp; the open-air market at the wharf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SBD 25–35 (~USD 3–4) per trip — Shared taxis are the main motorized transport in Gizo. Fares are not metered — agree on a price before you get in. Short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Kennedy Island &amp; PT-109 Story — </w:t>
      </w:r>
      <w:r>
        <w:rPr>
          <w:rFonts w:ascii="Arial" w:hAnsi="Arial" w:cs="Arial"/>
          <w:b w:val="0"/>
          <w:i w:val="0"/>
          <w:sz w:val="20"/>
        </w:rPr>
        <w:t>Hire a local banana boat to Plum Pudding (Kennedy) Island, where JFK and his PT-109 crew swam after their torpedo boat was sunk…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WWII Wreck Diving — </w:t>
      </w:r>
      <w:r>
        <w:rPr>
          <w:rFonts w:ascii="Arial" w:hAnsi="Arial" w:cs="Arial"/>
          <w:b w:val="0"/>
          <w:i w:val="0"/>
          <w:sz w:val="20"/>
        </w:rPr>
        <w:t>The Toa Maru, a sunken Japanese merchant ship, and other wrecks sit in warm, clear water teeming with marine life.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Coral Triangle Snorkel Safari — </w:t>
      </w:r>
      <w:r>
        <w:rPr>
          <w:rFonts w:ascii="Arial" w:hAnsi="Arial" w:cs="Arial"/>
          <w:b w:val="0"/>
          <w:i w:val="0"/>
          <w:sz w:val="20"/>
        </w:rPr>
        <w:t>The waters around Gizo sit inside the Coral Triangle, the global center of marine biodiversity.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Fatboys or Sanbis Resort Day Trip — </w:t>
      </w:r>
      <w:r>
        <w:rPr>
          <w:rFonts w:ascii="Arial" w:hAnsi="Arial" w:cs="Arial"/>
          <w:b w:val="0"/>
          <w:i w:val="0"/>
          <w:sz w:val="20"/>
        </w:rPr>
        <w:t>Two private island resorts a short boat ride from Gizo offer overwater bars, white sand, and house reefs.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Gizo Market &amp; Wood Carving Shopping — </w:t>
      </w:r>
      <w:r>
        <w:rPr>
          <w:rFonts w:ascii="Arial" w:hAnsi="Arial" w:cs="Arial"/>
          <w:b w:val="0"/>
          <w:i w:val="0"/>
          <w:sz w:val="20"/>
        </w:rPr>
        <w:t>The waterfront market buzzes with locals arriving by canoe from surrounding islands.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Gizo Waterfront Stroll: </w:t>
      </w:r>
      <w:r>
        <w:rPr>
          <w:rFonts w:ascii="Arial" w:hAnsi="Arial" w:cs="Arial"/>
          <w:b w:val="0"/>
          <w:i w:val="0"/>
          <w:sz w:val="20"/>
        </w:rPr>
        <w:t>~1 km · 20 min · Flat · Free — Walk the main street from the town wharf past the open-air market, the BSP bank, local shops,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 to St. Peter's Cathedral: </w:t>
      </w:r>
      <w:r>
        <w:rPr>
          <w:rFonts w:ascii="Arial" w:hAnsi="Arial" w:cs="Arial"/>
          <w:b w:val="0"/>
          <w:i w:val="0"/>
          <w:sz w:val="20"/>
        </w:rPr>
        <w:t>~10 min walk · Easy · Free — A short walk from the wharf brings you to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6:35AM–6:30PM · Jun 6:43AM–6:22PM · Aug 6:42AM–6:32PM · Sep 6:26AM–6:29PM · Oct 6:10AM–6:26PM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USD or AUD in small bills. Gizo's ATM (BSP — the only bank in town since ANZ closed in 2020) frequently runs out of cash or rejects foreign cards.…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Negotiate boat fares before boarding. Always agree on a round-trip price AND a firm pick-up time with banana boat operators before heading to outer islands.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modestly in town. Swimwear is not appropriate in Gizo itself — cover shoulders and knees. A sarong/lava-lava is ideal. Beachwear is fine once you reach…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cruiseports.org/gizo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