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Ghent, East Flanders, Belgium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Belgium's best-kept secret is a car-free medieval city of three soaring towers, glittering canals, and a surprisingly vibrant craft-beer and veggie-food scene — all within easy reach of your river berth.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(river dock) · 🕒 Typical call: 7-10 hrs · 💶 Euro (€) · 🗣️ Dutch / English widely spoken · 🚲 Car-free historic centre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river cruise ships berth at the Grootdok (Rigakaai) quay;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Berth is ~1.5-2 km north of the historic core; most lines run a free shuttle, or take Tram 4 to Korenmarkt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architecture, the Ghent Altarpiece, canal boat tours, Belgian beer &amp; frites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three-tower view from Sint-Michielsbrug and a cuberdon candy from Groentenmarkt stalls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€25–€30 — Taxi from Port of Ghent to the city center takes roughly 14 minutes. Base fare €10 plus €2.60/km (night rate €3/km).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Ghent Altarpiece &amp; St. Bavo's Cathedral — </w:t>
      </w:r>
      <w:r>
        <w:rPr>
          <w:rFonts w:ascii="Arial" w:hAnsi="Arial" w:cs="Arial"/>
          <w:b w:val="0"/>
          <w:i w:val="0"/>
          <w:sz w:val="20"/>
        </w:rPr>
        <w:t>The Van Eyck brothers' 1432 masterpiece — the most-stolen painting in history — is now displayed in a state-of-the-art chamber…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Gravensteen Castle — </w:t>
      </w:r>
      <w:r>
        <w:rPr>
          <w:rFonts w:ascii="Arial" w:hAnsi="Arial" w:cs="Arial"/>
          <w:b w:val="0"/>
          <w:i w:val="0"/>
          <w:sz w:val="20"/>
        </w:rPr>
        <w:t>A hulking 10th-century castle complete with moat, battlements, and a famously hilarious audio guide.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Canal Boat Tour — </w:t>
      </w:r>
      <w:r>
        <w:rPr>
          <w:rFonts w:ascii="Arial" w:hAnsi="Arial" w:cs="Arial"/>
          <w:b w:val="0"/>
          <w:i w:val="0"/>
          <w:sz w:val="20"/>
        </w:rPr>
        <w:t>A 40-50 minute guided boat ride along the Leie gives you Graslei's guildhalls, the Gravensteen, and the medieval skyline from…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Belgian Food &amp; Beer Tasting — </w:t>
      </w:r>
      <w:r>
        <w:rPr>
          <w:rFonts w:ascii="Arial" w:hAnsi="Arial" w:cs="Arial"/>
          <w:b w:val="0"/>
          <w:i w:val="0"/>
          <w:sz w:val="20"/>
        </w:rPr>
        <w:t>Sample Gentse Waterzooi (creamy chicken stew), double-fried frites from Frituur Jozef, and a Gruut herb beer brewed in medieval…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Ghent Belfry (Belfort) — </w:t>
      </w:r>
      <w:r>
        <w:rPr>
          <w:rFonts w:ascii="Arial" w:hAnsi="Arial" w:cs="Arial"/>
          <w:b w:val="0"/>
          <w:i w:val="0"/>
          <w:sz w:val="20"/>
        </w:rPr>
        <w:t>This 91-metre UNESCO World Heritage tower anchors Ghent's skyline.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Ghent Medieval Highlights Loop: </w:t>
      </w:r>
      <w:r>
        <w:rPr>
          <w:rFonts w:ascii="Arial" w:hAnsi="Arial" w:cs="Arial"/>
          <w:b w:val="0"/>
          <w:i w:val="0"/>
          <w:sz w:val="20"/>
        </w:rPr>
        <w:t>⏱ 2-3 hrs · 📏 ~4 km · 🚶 Easy — flat cobblestones · 📷 Three-tower view included — From the shuttle drop-off (or Korenmarkt tram stop) head to Graslei, cross to Korenlei for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Patershol &amp; Street Art Stroll: </w:t>
      </w:r>
      <w:r>
        <w:rPr>
          <w:rFonts w:ascii="Arial" w:hAnsi="Arial" w:cs="Arial"/>
          <w:b w:val="0"/>
          <w:i w:val="0"/>
          <w:sz w:val="20"/>
        </w:rPr>
        <w:t>⏱ 1-1.5 hrs · 📏 ~2 km · 🌆 Atmospheric lanes · 🎨 Street art — From Gravensteen, duck into the cobblestone alleys of Patershol for lunch or a Belgian beer, then…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5:55AM–9:28PM · Jul 5:48AM–9:53PM · Sep 7:20AM–7:58PM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cruiseports.org/ghent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Ghent, East Flanders, Belgium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hent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Castle of the Counts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 Jacob's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 Bavo's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Kasteel van Ooidonk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Gent Design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Kasteel van Laarne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Citadelpark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Gent City Hall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