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Genovesa Island, Galapagos, Ecuador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collapsed volcanic caldera at the northern edge of the Galapagos, Genovesa — 'Bird Island' — is where millions of red-footed boobies, frigatebirds, and storm petrels nest in complete fearlessness of humans. No hotels, no shops, just one of the world's great wildlife encounters.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(panga from ship) · 🕒 Typical call: 6-8 hrs (plus overnight crossing) · 💵 USD / Galapagos NP fee paid at airport · 🗣️ Spanish (English-speaking guides on cruise) · 🦅 Liveaboard Galapagos itineraries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No pier — panga tender from anchored ship inside Darwin Bay caldera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Getting Ashore: </w:t>
      </w:r>
      <w:r>
        <w:rPr>
          <w:rFonts w:ascii="Arial" w:hAnsi="Arial" w:cs="Arial"/>
          <w:b w:val="0"/>
          <w:i w:val="0"/>
          <w:sz w:val="20"/>
        </w:rPr>
        <w:t>Wet landing on Darwin Bay Beach or dry landing at Prince Philip's Steps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Seabird photography, wildlife immersion, snorkeling with hammerheads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Red-footed booby colony (largest in Galapagos) and storm petrels at El Barranco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Darwin Bay Beach Trail — </w:t>
      </w:r>
      <w:r>
        <w:rPr>
          <w:rFonts w:ascii="Arial" w:hAnsi="Arial" w:cs="Arial"/>
          <w:b w:val="0"/>
          <w:i w:val="0"/>
          <w:sz w:val="20"/>
        </w:rPr>
        <w:t>An easy 1.2 km round-trip walk along a white coral-sand beach and into the tidal rock zone.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Barranco / Prince Philip's Steps — </w:t>
      </w:r>
      <w:r>
        <w:rPr>
          <w:rFonts w:ascii="Arial" w:hAnsi="Arial" w:cs="Arial"/>
          <w:b w:val="0"/>
          <w:i w:val="0"/>
          <w:sz w:val="20"/>
        </w:rPr>
        <w:t>A strenuous 1.6 km round-trip over cracked basaltic lava.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Darwin Bay Snorkel — </w:t>
      </w:r>
      <w:r>
        <w:rPr>
          <w:rFonts w:ascii="Arial" w:hAnsi="Arial" w:cs="Arial"/>
          <w:b w:val="0"/>
          <w:i w:val="0"/>
          <w:sz w:val="20"/>
        </w:rPr>
        <w:t>Snorkel along the steep caldera wall inside Darwin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Red-footed Booby Colony — </w:t>
      </w:r>
      <w:r>
        <w:rPr>
          <w:rFonts w:ascii="Arial" w:hAnsi="Arial" w:cs="Arial"/>
          <w:b w:val="0"/>
          <w:i w:val="0"/>
          <w:sz w:val="20"/>
        </w:rPr>
        <w:t>Genovesa hosts the largest red-footed booby colony in the Galapagos, with both brown-morph and white-morph birds nesting in Palo…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Darwin Bay Beach Trail: </w:t>
      </w:r>
      <w:r>
        <w:rPr>
          <w:rFonts w:ascii="Arial" w:hAnsi="Arial" w:cs="Arial"/>
          <w:b w:val="0"/>
          <w:i w:val="0"/>
          <w:sz w:val="20"/>
        </w:rPr>
        <w:t>0.75 mi (1.2 km) round trip · Easy · Wet landing — From the panga wet landing on Darwin Bay Beach, the trail follows the shoreline past nesting…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Barranco (Prince Philip's Steps): </w:t>
      </w:r>
      <w:r>
        <w:rPr>
          <w:rFonts w:ascii="Arial" w:hAnsi="Arial" w:cs="Arial"/>
          <w:b w:val="0"/>
          <w:i w:val="0"/>
          <w:sz w:val="20"/>
        </w:rPr>
        <w:t>1 mi (1.6 km) round trip · Strenuous · Dry landing on cliff — Dry landing on the volcanic cliff face on Darwin Bay's southern arm, followed by a steep 25-step…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two pairs of footwear. Water shoes or Tevas for the Darwin Bay wet landing; sturdy closed-toe hiking shoes for El Barranco — the lava rock is as sharp as…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Prepare for a rough overnight crossing. Genovesa is the northernmost island in the Galapagos — the 6-8 hour passage from the central islands crosses open…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Biosecurity is strictly enforced. The island reopened in May 2024 after an avian flu closure. Expect mandatory boot brushing, gear inspection, and no outside…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cruiseports.org/genovesa-island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