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Gdynia / Gdańsk, Pomerania, Poland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Ships dock at Gdynia's Francuskie Pier, putting you within easy reach of Gdańsk's magnificent Old Town — one of Europe's most beautifully restored Hanseatic cities — plus the charming beach resort of Sopot in between.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(Francuskie Pier, Gdynia) · 🕒 Typical call: 8–10 hrs · 💵 Currency: Polish Złoty (PLN) · 🗣️ Language: Polish (English widely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Francuskie Pier (French Quay), Gdynia port — industrial area, shuttle or taxi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Distance to Gdańsk: </w:t>
      </w:r>
      <w:r>
        <w:rPr>
          <w:rFonts w:ascii="Arial" w:hAnsi="Arial" w:cs="Arial"/>
          <w:b w:val="0"/>
          <w:i w:val="0"/>
          <w:sz w:val="20"/>
        </w:rPr>
        <w:t>~21 km south; 25–35 min by SKM commuter train (≈10 PLN) or 30–45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Hanseatic Old Town, amber shopping, Baltic beach days in Sopot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Mary's Basilica, Long Market, European Solidarity Center, Neptune Fountain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~20 PLN (~€5) — Metered taxi from Gdynia port to Gdynia city center is quick and cheap. Use official taxis with visible meters to avoid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Gdańsk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Gdańsk Old Town Walking Tour — </w:t>
      </w:r>
      <w:r>
        <w:rPr>
          <w:rFonts w:ascii="Arial" w:hAnsi="Arial" w:cs="Arial"/>
          <w:b w:val="0"/>
          <w:i w:val="0"/>
          <w:sz w:val="20"/>
        </w:rPr>
        <w:t>Explore the Long Market (Długi Targ), Neptune Fountain, Artus Court, and the Motława riverfront — all within Gdańsk's…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European Solidarity Center &amp; Westerplatte — </w:t>
      </w:r>
      <w:r>
        <w:rPr>
          <w:rFonts w:ascii="Arial" w:hAnsi="Arial" w:cs="Arial"/>
          <w:b w:val="0"/>
          <w:i w:val="0"/>
          <w:sz w:val="20"/>
        </w:rPr>
        <w:t>Visit the moving Solidarity Center museum where Poland's freedom movement was born, then continue to Westerplatte — the peninsula…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Malbork Castle Day Trip — </w:t>
      </w:r>
      <w:r>
        <w:rPr>
          <w:rFonts w:ascii="Arial" w:hAnsi="Arial" w:cs="Arial"/>
          <w:b w:val="0"/>
          <w:i w:val="0"/>
          <w:sz w:val="20"/>
        </w:rPr>
        <w:t>About 55 km from Gdańsk, Malbork is the largest brick castle in the world and a UNESCO World Heritage Site — the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Sopot Beach &amp; Pier Stroll — </w:t>
      </w:r>
      <w:r>
        <w:rPr>
          <w:rFonts w:ascii="Arial" w:hAnsi="Arial" w:cs="Arial"/>
          <w:b w:val="0"/>
          <w:i w:val="0"/>
          <w:sz w:val="20"/>
        </w:rPr>
        <w:t>Hop off the SKM train at Sopot — Poland's glamorous Baltic resort.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Amber Museum &amp; Mariacka Street — </w:t>
      </w:r>
      <w:r>
        <w:rPr>
          <w:rFonts w:ascii="Arial" w:hAnsi="Arial" w:cs="Arial"/>
          <w:b w:val="0"/>
          <w:i w:val="0"/>
          <w:sz w:val="20"/>
        </w:rPr>
        <w:t>Visit the Amber Museum in the medieval Great Mill (Wielki Młyn), then browse Mariacka Street's cobblestone gallery of amber…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Gdańsk Old Town Loop: </w:t>
      </w:r>
      <w:r>
        <w:rPr>
          <w:rFonts w:ascii="Arial" w:hAnsi="Arial" w:cs="Arial"/>
          <w:b w:val="0"/>
          <w:i w:val="0"/>
          <w:sz w:val="20"/>
        </w:rPr>
        <w:t>3 km · 1.5–2 hrs · Easy — From Gdańsk Główny station, walk south down Długa Street to the Long Market, Neptune Fountain,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Gdynia Waterfront Walk: </w:t>
      </w:r>
      <w:r>
        <w:rPr>
          <w:rFonts w:ascii="Arial" w:hAnsi="Arial" w:cs="Arial"/>
          <w:b w:val="0"/>
          <w:i w:val="0"/>
          <w:sz w:val="20"/>
        </w:rPr>
        <w:t>2.5 km · 1 hr · Easy — From the port gate, walk along the seafront to Kościuszko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Royal Way &amp; Long Market: </w:t>
      </w:r>
      <w:r>
        <w:rPr>
          <w:rFonts w:ascii="Arial" w:hAnsi="Arial" w:cs="Arial"/>
          <w:b w:val="0"/>
          <w:i w:val="0"/>
          <w:sz w:val="20"/>
        </w:rPr>
        <w:t>~2 km · 1.5 hrs · easy — From the Golden Gate down Długa and the Long Market past Neptune's Fountain and the Town Hall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4:40AM–8:44PM · Jul 4:30AM–9:12PM · Sep 6:19AM–7:01PM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cruiseports.org/gdynia-gdansk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Gdynia / Gdańsk, Pomerania, Poland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dynia-gdans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Rezerwat przyrody Cisowa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Westerplatte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ERGO ARENA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Gdynia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Pier in Sopot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Brzeźnieński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Skwer Kuracyjny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Wieża widokowo - telekomunikacyjna "Góra Donas"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