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Gananoque,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Pronounced GAN-uh-NOCK-way, this Victorian river town sits at the heart of the 1,864-island archipelago straddling the US-Canada border — a rare port where the ship docks steps from the boat tours, the museum, and the pub.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(municipal marina) · 🕒 Typical call: 6-8 hrs · 💵 Canadian Dollar (USD widely accepted) · 🗣️ English · 🏝️ Small-ship / river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ships berth at Gananoque Municipal Marina,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to waterfront; 10-15 min to King St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Thousand Islands boat tours, Boldt Castle day trip, lazy river-town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1-3 hr islands cruise from the dock next to your ship — the whole region makes sense from the 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CA–30 — Local taxis serve the town and surroundings. T.I. Taxi (613-382-2777) and A1 Taxi (613-382-3777) are the main operators;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Thousand Islands Boat Tour — </w:t>
      </w:r>
      <w:r>
        <w:rPr>
          <w:rFonts w:ascii="Arial" w:hAnsi="Arial" w:cs="Arial"/>
          <w:b w:val="0"/>
          <w:i w:val="0"/>
          <w:sz w:val="20"/>
        </w:rPr>
        <w:t>1-to-3-hour narrated sightseeing cruises wind through the archipelago, past historic cottages, private islands,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Boldt Castle Day Trip — </w:t>
      </w:r>
      <w:r>
        <w:rPr>
          <w:rFonts w:ascii="Arial" w:hAnsi="Arial" w:cs="Arial"/>
          <w:b w:val="0"/>
          <w:i w:val="0"/>
          <w:sz w:val="20"/>
        </w:rPr>
        <w:t>George Boldt's unfinished Gilded Age castle on Heart Island is one of the most romantic ruins in North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1000 Islands History Museum — </w:t>
      </w:r>
      <w:r>
        <w:rPr>
          <w:rFonts w:ascii="Arial" w:hAnsi="Arial" w:cs="Arial"/>
          <w:b w:val="0"/>
          <w:i w:val="0"/>
          <w:sz w:val="20"/>
        </w:rPr>
        <w:t>An engaging, well-curated museum covering Indigenous heritage, the War of 1812, the river's natural history, and the lavish…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Tour — Thousand Islands from Above — </w:t>
      </w:r>
      <w:r>
        <w:rPr>
          <w:rFonts w:ascii="Arial" w:hAnsi="Arial" w:cs="Arial"/>
          <w:b w:val="0"/>
          <w:i w:val="0"/>
          <w:sz w:val="20"/>
        </w:rPr>
        <w:t>Bucket-list aerial views of the islands, castles, and the Canada-US border winding through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Thousand Islands Playhouse — </w:t>
      </w:r>
      <w:r>
        <w:rPr>
          <w:rFonts w:ascii="Arial" w:hAnsi="Arial" w:cs="Arial"/>
          <w:b w:val="0"/>
          <w:i w:val="0"/>
          <w:sz w:val="20"/>
        </w:rPr>
        <w:t>Canada's Dockside Theatre — a professional company staging matinees in a converted 1909 canoe club (the former Gananoque Canoe…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Loop: </w:t>
      </w:r>
      <w:r>
        <w:rPr>
          <w:rFonts w:ascii="Arial" w:hAnsi="Arial" w:cs="Arial"/>
          <w:b w:val="0"/>
          <w:i w:val="0"/>
          <w:sz w:val="20"/>
        </w:rPr>
        <w:t>2.5 km · 45-60 min · Easy — From the marina, stroll through Joel Stone Heritage Park past the historic cannons and beach,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Thousand Islands Parkway Trail (riverside): </w:t>
      </w:r>
      <w:r>
        <w:rPr>
          <w:rFonts w:ascii="Arial" w:hAnsi="Arial" w:cs="Arial"/>
          <w:b w:val="0"/>
          <w:i w:val="0"/>
          <w:sz w:val="20"/>
        </w:rPr>
        <w:t>Up to 5 km one-way · Easy · Paved — A paved multi-use path starts near the marina and runs parallel to 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5:37AM–8:25PM · Jul 5:35AM–8:45PM · Sep 6:44AM–7:14PM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cruiseports.org/gananoque-on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Gananoque,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nanoque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1000 Islands Kayaking 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Island Lighthouse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Marble Rock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Antique Boat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Confederation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John the Evangelist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Minna Anthony Common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1000 Islands History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