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Gambier Islands, French Polynesia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most remote ports in French Polynesia, the Gambier Islands reward expedition cruisers with a stunning lagoon, 19th-century stone ruins, and the world's finest black pearls.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6–8 hrs · 💵 CFP Franc (XPF) — no ATMs, bring cash · 🗣️ French / Mangarevan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Rikitea wharf — no cruise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from tender wharf to village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Black pearl shopping, historic ruins, lagoon excursions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St. Michael's Cathedral interior with pearl-inlaid altar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Michael's Cathedral &amp; Historic Ruins — </w:t>
      </w:r>
      <w:r>
        <w:rPr>
          <w:rFonts w:ascii="Arial" w:hAnsi="Arial" w:cs="Arial"/>
          <w:b w:val="0"/>
          <w:i w:val="0"/>
          <w:sz w:val="20"/>
        </w:rPr>
        <w:t>The 1848 coral-stone cathedral dominates Rikitea and can be explored in 30–45 minutes.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Duff Summit Hike — </w:t>
      </w:r>
      <w:r>
        <w:rPr>
          <w:rFonts w:ascii="Arial" w:hAnsi="Arial" w:cs="Arial"/>
          <w:b w:val="0"/>
          <w:i w:val="0"/>
          <w:sz w:val="20"/>
        </w:rPr>
        <w:t>A strenuous 441m ascent through pine forest and grassland rewards hikers with a 360° panorama of the entire Gambier lagoon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Black Pearl Farm Tour — </w:t>
      </w:r>
      <w:r>
        <w:rPr>
          <w:rFonts w:ascii="Arial" w:hAnsi="Arial" w:cs="Arial"/>
          <w:b w:val="0"/>
          <w:i w:val="0"/>
          <w:sz w:val="20"/>
        </w:rPr>
        <w:t>Visit a working perliculture farm and see how Gambier's prized black pearls are grafted and harvested.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Lagoon Island Hopping (Aukena &amp; Taravai) — </w:t>
      </w:r>
      <w:r>
        <w:rPr>
          <w:rFonts w:ascii="Arial" w:hAnsi="Arial" w:cs="Arial"/>
          <w:b w:val="0"/>
          <w:i w:val="0"/>
          <w:sz w:val="20"/>
        </w:rPr>
        <w:t>Boat tours visit uninhabited outer islands in the lagoon.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Motu Beach Day — </w:t>
      </w:r>
      <w:r>
        <w:rPr>
          <w:rFonts w:ascii="Arial" w:hAnsi="Arial" w:cs="Arial"/>
          <w:b w:val="0"/>
          <w:i w:val="0"/>
          <w:sz w:val="20"/>
        </w:rPr>
        <w:t>The volcanic main island has limited beaches, but the outer coral islets offer white-sand, turquoise-water beaches accessible by…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Rikitea Village &amp; Cathedral Walk: </w:t>
      </w:r>
      <w:r>
        <w:rPr>
          <w:rFonts w:ascii="Arial" w:hAnsi="Arial" w:cs="Arial"/>
          <w:b w:val="0"/>
          <w:i w:val="0"/>
          <w:sz w:val="20"/>
        </w:rPr>
        <w:t>45 min · Easy · Flat — From the wharf, walk through the village to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Duff Trailhead Approach: </w:t>
      </w:r>
      <w:r>
        <w:rPr>
          <w:rFonts w:ascii="Arial" w:hAnsi="Arial" w:cs="Arial"/>
          <w:b w:val="0"/>
          <w:i w:val="0"/>
          <w:sz w:val="20"/>
        </w:rPr>
        <w:t>20 min walk to trailhead · then 1.5 hrs up — Follow the main road south from the wharf to reach the start of the Mount Duff trail.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6:26AM–5:25PM · Jul 6:40AM–5:31PM · Sep 5:56AM–5:53PM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cruiseports.org/gambier-islands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