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Galapagos Islands, Ecuador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world's great wildlife encounter — fearless tortoises, penguins, and sea lions in a living laboratory that Darwin never forgot. Every landing here is unlike anywhere else on earth.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(zodiac pangas) · 🕒 Expedition cruise — full days ashore · 💵 US Dollar (USD) · 🗣️ Spanish · 🦎 Expedition ships only (max 100 pax)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All islands tender via zodiac pangas — wet or dry landings depending on site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encounters, snorkeling, volcano hikes,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Park Fee: </w:t>
      </w:r>
      <w:r>
        <w:rPr>
          <w:rFonts w:ascii="Arial" w:hAnsi="Arial" w:cs="Arial"/>
          <w:b w:val="0"/>
          <w:i w:val="0"/>
          <w:sz w:val="20"/>
        </w:rPr>
        <w:t>$200 USD per international adult (paid on arrival; verify if pre-paid by cruise line)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Giant tortoises in Santa Cruz Highlands, snorkeling at Bartolomé's Pinnacle Rock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$2–$4 (San Cristobal town); $25/vehicle (Itabaca Channel to Puerto Ayora) — Taxis in the Galapagos are typically white pickup trucks with fixed fares. On San Cristobal the airport is minutes from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Santa Cruz Highlands — Giant Tortoises in the Wild — </w:t>
      </w:r>
      <w:r>
        <w:rPr>
          <w:rFonts w:ascii="Arial" w:hAnsi="Arial" w:cs="Arial"/>
          <w:b w:val="0"/>
          <w:i w:val="0"/>
          <w:sz w:val="20"/>
        </w:rPr>
        <w:t>A 25-minute taxi ride from Puerto Ayora pier brings you to ranches like El Chato and Rancho Primicias, where Galapagos giant…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Bartolomé — Pinnacle Rock Summit &amp; Penguin Snorkel — </w:t>
      </w:r>
      <w:r>
        <w:rPr>
          <w:rFonts w:ascii="Arial" w:hAnsi="Arial" w:cs="Arial"/>
          <w:b w:val="0"/>
          <w:i w:val="0"/>
          <w:sz w:val="20"/>
        </w:rPr>
        <w:t>The most photographed view in the Galapagos.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Sierra Negra Volcano Hike (Isabela) — </w:t>
      </w:r>
      <w:r>
        <w:rPr>
          <w:rFonts w:ascii="Arial" w:hAnsi="Arial" w:cs="Arial"/>
          <w:b w:val="0"/>
          <w:i w:val="0"/>
          <w:sz w:val="20"/>
        </w:rPr>
        <w:t>One of the world's largest active volcanic calderas, Sierra Negra is a strenuous 16 km round-trip hike from the Isabela highlands.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Las Tintoreras — Penguins &amp; Sleeping Sharks (Isabela) — </w:t>
      </w:r>
      <w:r>
        <w:rPr>
          <w:rFonts w:ascii="Arial" w:hAnsi="Arial" w:cs="Arial"/>
          <w:b w:val="0"/>
          <w:i w:val="0"/>
          <w:sz w:val="20"/>
        </w:rPr>
        <w:t>A short panga ride from Puerto Villamil to rocky lava islets where white-tip reef sharks rest motionless in a narrow crevice.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Post Office Bay &amp; Floreana Highlands — </w:t>
      </w:r>
      <w:r>
        <w:rPr>
          <w:rFonts w:ascii="Arial" w:hAnsi="Arial" w:cs="Arial"/>
          <w:b w:val="0"/>
          <w:i w:val="0"/>
          <w:sz w:val="20"/>
        </w:rPr>
        <w:t>Visit the barrel established by British whalers in 1793 — still an active hand-delivery post office where passengers drop…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Puerto Ayora Waterfront to Charles Darwin Research Station: </w:t>
      </w:r>
      <w:r>
        <w:rPr>
          <w:rFonts w:ascii="Arial" w:hAnsi="Arial" w:cs="Arial"/>
          <w:b w:val="0"/>
          <w:i w:val="0"/>
          <w:sz w:val="20"/>
        </w:rPr>
        <w:t>1.5 km | Flat | Free | ~20 min one way — From the main passenger pier, walk east along the harbour waterfront past the fish market (watch…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 Cristobal Malecon to Frigatebird Hill (Cerro Tijeretas): </w:t>
      </w:r>
      <w:r>
        <w:rPr>
          <w:rFonts w:ascii="Arial" w:hAnsi="Arial" w:cs="Arial"/>
          <w:b w:val="0"/>
          <w:i w:val="0"/>
          <w:sz w:val="20"/>
        </w:rPr>
        <w:t>2.5 km | Easy–Moderate | Free | ~40 min one way — From the passenger pier, walk north along the paved coastal malecon past sea-lion-occupied benches…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Isabela Pier to Concha de Perla &amp; Town: </w:t>
      </w:r>
      <w:r>
        <w:rPr>
          <w:rFonts w:ascii="Arial" w:hAnsi="Arial" w:cs="Arial"/>
          <w:b w:val="0"/>
          <w:i w:val="0"/>
          <w:sz w:val="20"/>
        </w:rPr>
        <w:t>1.5 km | Flat | Free | ~20 min — Step off the panga at El Embarcadero and walk immediately to the Concha de Perla boardwalk —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5:55AM–5:59PM · Jul 6:05AM–6:09PM · Sep 5:53AM–5:59PM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cruiseports.org/galapagos-islands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Galapagos Islands, Ecuador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alapagos-island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Nacional Galápagos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El Mirador de Los Tuneles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Charles Darwin Research Station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Tortuga Bay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Fausto Llerena breeding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Lava Tunnel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Ratonera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