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Gaeta, Lazio,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Halfway between Rome and Naples, Gaeta is an untouched fortress town where a limestone cliff split at the crucifixion, medieval alleyways lead to legendary beaches, and every bakery sells its own version of the famous tiella pie.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Docked (small ships) · 🕒 Typical call: 7-9 hrs · 💶 Currency: Euro · 🗣️ Language: Italian · 🏖️ Blue Flag beach in walking distance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Molo Caboto (historic center); small ships dock at Molo Vespucci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from tender pier; 15-20 min from Molo Vespucci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authentic Italian food, easy walkability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Santuario della Montagna Spaccata and a slice of Tiella di Gaeta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€4–15 — Local taxis start at ~€4.30 with ~€1.10/km; a 5 km ride runs roughly €10. Useful for reaching the upper town (Monte Orla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Santuario della Montagna Spaccata — </w:t>
      </w:r>
      <w:r>
        <w:rPr>
          <w:rFonts w:ascii="Arial" w:hAnsi="Arial" w:cs="Arial"/>
          <w:b w:val="0"/>
          <w:i w:val="0"/>
          <w:sz w:val="20"/>
        </w:rPr>
        <w:t>Gaeta's defining sight: a limestone cliff split in three — according to tradition, at the moment of Christ's death.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Grotta del Turco (Turk's Cave) — </w:t>
      </w:r>
      <w:r>
        <w:rPr>
          <w:rFonts w:ascii="Arial" w:hAnsi="Arial" w:cs="Arial"/>
          <w:b w:val="0"/>
          <w:i w:val="0"/>
          <w:sz w:val="20"/>
        </w:rPr>
        <w:t>Adjacent to the Split Mountain, ~300 steps descend into a dramatic sea cave where waves surge through rocky chambers.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Angioino-Aragonese — </w:t>
      </w:r>
      <w:r>
        <w:rPr>
          <w:rFonts w:ascii="Arial" w:hAnsi="Arial" w:cs="Arial"/>
          <w:b w:val="0"/>
          <w:i w:val="0"/>
          <w:sz w:val="20"/>
        </w:rPr>
        <w:t>The great fortress dominating Gaeta's skyline has served as royal residence, military stronghold, and prison since the 6th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Serapo Beach — </w:t>
      </w:r>
      <w:r>
        <w:rPr>
          <w:rFonts w:ascii="Arial" w:hAnsi="Arial" w:cs="Arial"/>
          <w:b w:val="0"/>
          <w:i w:val="0"/>
          <w:sz w:val="20"/>
        </w:rPr>
        <w:t>Gaeta's main town beach — wide golden sand, crystal-clear Blue Flag water, beach clubs with sun loungers (~€15-25) and pockets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 Indipendenza &amp; Tiella Tasting — </w:t>
      </w:r>
      <w:r>
        <w:rPr>
          <w:rFonts w:ascii="Arial" w:hAnsi="Arial" w:cs="Arial"/>
          <w:b w:val="0"/>
          <w:i w:val="0"/>
          <w:sz w:val="20"/>
        </w:rPr>
        <w:t>Gaeta's main pedestrian street is lined with bakeries selling tiella — the town's signature double-crust savory pie stuffed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Loop: </w:t>
      </w:r>
      <w:r>
        <w:rPr>
          <w:rFonts w:ascii="Arial" w:hAnsi="Arial" w:cs="Arial"/>
          <w:b w:val="0"/>
          <w:i w:val="0"/>
          <w:sz w:val="20"/>
        </w:rPr>
        <w:t>1.5 km · 45 min · Easy (some cobblestones) — From Molo Caboto, wander through Gaeta Vecchia's narrow vicoli to the Duomo di Sant'Erasmo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Split Mountain: </w:t>
      </w:r>
      <w:r>
        <w:rPr>
          <w:rFonts w:ascii="Arial" w:hAnsi="Arial" w:cs="Arial"/>
          <w:b w:val="0"/>
          <w:i w:val="0"/>
          <w:sz w:val="20"/>
        </w:rPr>
        <w:t>2.5 km · 30-40 min · Moderate (uphill second half) — Follow the waterfront promenade then climb through residential streets to the Santuario della…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Cross-Peninsula Beach Walk: </w:t>
      </w:r>
      <w:r>
        <w:rPr>
          <w:rFonts w:ascii="Arial" w:hAnsi="Arial" w:cs="Arial"/>
          <w:b w:val="0"/>
          <w:i w:val="0"/>
          <w:sz w:val="20"/>
        </w:rPr>
        <w:t>2 km · 25 min · Easy (flat) — Cut across the narrow peninsula from the historic harbor to Serapo Beach on the other 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5:47AM–8:17PM · Jul 5:46AM–8:36PM · Sep 6:46AM–7:14PM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cruiseports.org/gaeta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Gaeta, Lazio,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e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 Fortino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Angioino-Aragonese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Pinacoteca Comunale "Antonio Sapone" di Gaeta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Area Archeologica di Caposele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Basilica of Gaeta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Cisternone Romano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Passeggiata di Gaeta Medievale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Saints Lawrence and John the Baptist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