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Funchal, Madeira, Portugal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Draped across volcanic hillsides above the Atlantic, Funchal rewards cruisers with flower-lined streets, a thrilling wicker toboggan ride down from Monte, and the freshest tuna steaks you'll eat anywhere.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terminal) · 🕒 Typical call: 8-10 hrs · 💶 Currency: Euro (€) · 🗣️ Language: Portuguese · 🌺 Best months: Apr–Jun, Sep–Nov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the Pontinha cruise pier (Port of Funchal), which can berth several large ships at once — a 15-20 min walk to the Old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15-20 min stroll east along the waterfront promenade to the Old Town (Zona Velha) and Mercado dos Lavradores.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Gardens, levada walks, wine tasting, the Monte toboggan, and relaxed Atlantic island atmosphere.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Cable car up to Monte, then the famous wicker-basket toboggan ride back down — a Funchal rite of passage.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~€7–8 — Fixed-fare taxis (yellow with blue stripe) wait at the cruise terminal. The fare to the city center is approximately €7.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/ Yellow Bus · from 25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Monte Cable Car &amp; Wicker Toboggan — </w:t>
      </w:r>
      <w:r>
        <w:rPr>
          <w:rFonts w:ascii="Arial" w:hAnsi="Arial" w:cs="Arial"/>
          <w:b w:val="0"/>
          <w:i w:val="0"/>
          <w:sz w:val="20"/>
        </w:rPr>
        <w:t>Ride the Teleférico do Funchal gondola from the Old Town up to Monte, visit the Church of Our Lady of Monte, then descend in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Levada Walk — Rabaçal &amp; 25 Fountains — </w:t>
      </w:r>
      <w:r>
        <w:rPr>
          <w:rFonts w:ascii="Arial" w:hAnsi="Arial" w:cs="Arial"/>
          <w:b w:val="0"/>
          <w:i w:val="0"/>
          <w:sz w:val="20"/>
        </w:rPr>
        <w:t>Madeira's levadas (irrigation channels) thread through ancient laurisilva 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Mercado dos Lavradores &amp; Old Town Walk — </w:t>
      </w:r>
      <w:r>
        <w:rPr>
          <w:rFonts w:ascii="Arial" w:hAnsi="Arial" w:cs="Arial"/>
          <w:b w:val="0"/>
          <w:i w:val="0"/>
          <w:sz w:val="20"/>
        </w:rPr>
        <w:t>Funchal's covered farmers' market bursts with tropical fruits, flowers, and Madeiran specialities.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Quinta das Cruzes &amp; Monte Palace Gardens — </w:t>
      </w:r>
      <w:r>
        <w:rPr>
          <w:rFonts w:ascii="Arial" w:hAnsi="Arial" w:cs="Arial"/>
          <w:b w:val="0"/>
          <w:i w:val="0"/>
          <w:sz w:val="20"/>
        </w:rPr>
        <w:t>The Monte Palace Tropical Garden houses a remarkable collection of azulejo tile panels, koi ponds, and exotic plants across…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Madeira Wine Lodge Tasting — </w:t>
      </w:r>
      <w:r>
        <w:rPr>
          <w:rFonts w:ascii="Arial" w:hAnsi="Arial" w:cs="Arial"/>
          <w:b w:val="0"/>
          <w:i w:val="0"/>
          <w:sz w:val="20"/>
        </w:rPr>
        <w:t>Madeira wine is one of the world's most distinctive fortified wines — and it's made right here.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 to Zona Velha: </w:t>
      </w:r>
      <w:r>
        <w:rPr>
          <w:rFonts w:ascii="Arial" w:hAnsi="Arial" w:cs="Arial"/>
          <w:b w:val="0"/>
          <w:i w:val="0"/>
          <w:sz w:val="20"/>
        </w:rPr>
        <w:t>2.5 km · Flat · 30-40 min · Easy — Head east from the Pontinha terminal along Avenida do Mar past the marina, the city gardens,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to Cathedral &amp; Wine Lodges: </w:t>
      </w:r>
      <w:r>
        <w:rPr>
          <w:rFonts w:ascii="Arial" w:hAnsi="Arial" w:cs="Arial"/>
          <w:b w:val="0"/>
          <w:i w:val="0"/>
          <w:sz w:val="20"/>
        </w:rPr>
        <w:t>1.5 km · Mostly flat · 20-30 min · Easy — From the Mercado dos Lavradores, walk west along Rua do Aljube to the Sé Cathedral (Funchal's…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7:09AM–8:59PM · Jul 7:11AM–9:16PM · Sep 7:51AM–8:13PM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cruiseports.org/funchal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Funchal, Madeira, Portugal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uncha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Praça do Município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Trinity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de Electricidade Casa da Luz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Jardim de Santa Luzia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Blandy's Wine Lodge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CR7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Praça do Povo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Madeira Explorers - Tourism Leisure Ltd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