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Fujairah, Fujairah Emirate, United Arab Emirates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UAE's rugged eastern emirate delivers something Dubai can't — ancient mud-brick forts, emerald wadis slicing through the Hajar Mountains, and Gulf of Oman reefs alive with turtles and reef sharks.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port) · 🕒 Typical call: 8-10 hrs · 💵 AED (USD widely accepted) · 🗣️ Arabic / English spoken everywhere · 🌊 Best snorkeling in the UAE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Port of Fujairah's commercial quay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free shuttle to port gate; taxi or shuttle to city (15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diving/snorkeling, mountain scenery, beach escapes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Snoopy Island snorkeling &amp; 15th-century Al Badiyah Mosque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15–30 AED to city center — Taxis queue at the port gate. Base fare is ~10 AED plus ~1.50–2.00 AED/km. The city center and fort are about 5–8 km awa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Careem,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Fujairah Fort &amp; Old Town — </w:t>
      </w:r>
      <w:r>
        <w:rPr>
          <w:rFonts w:ascii="Arial" w:hAnsi="Arial" w:cs="Arial"/>
          <w:b w:val="0"/>
          <w:i w:val="0"/>
          <w:sz w:val="20"/>
        </w:rPr>
        <w:t>Climb the hill to this 1670 mud-brick fort overlooking the old quarter and date palms.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Badiyah Mosque — </w:t>
      </w:r>
      <w:r>
        <w:rPr>
          <w:rFonts w:ascii="Arial" w:hAnsi="Arial" w:cs="Arial"/>
          <w:b w:val="0"/>
          <w:i w:val="0"/>
          <w:sz w:val="20"/>
        </w:rPr>
        <w:t>The oldest mosque still in use in the UAE (c.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Snoopy Island Snorkeling — </w:t>
      </w:r>
      <w:r>
        <w:rPr>
          <w:rFonts w:ascii="Arial" w:hAnsi="Arial" w:cs="Arial"/>
          <w:b w:val="0"/>
          <w:i w:val="0"/>
          <w:sz w:val="20"/>
        </w:rPr>
        <w:t>A tiny rock island near Al Aqah that resembles a cartoon dog — and arguably the best snorkeling in the UAE.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Wurayah &amp; Mountain Drive — </w:t>
      </w:r>
      <w:r>
        <w:rPr>
          <w:rFonts w:ascii="Arial" w:hAnsi="Arial" w:cs="Arial"/>
          <w:b w:val="0"/>
          <w:i w:val="0"/>
          <w:sz w:val="20"/>
        </w:rPr>
        <w:t>The UAE's only mountain protected area and home to its only permanent waterfall — emerald pools and towering Hajar Mountain…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Umbrella Beach Day — </w:t>
      </w:r>
      <w:r>
        <w:rPr>
          <w:rFonts w:ascii="Arial" w:hAnsi="Arial" w:cs="Arial"/>
          <w:b w:val="0"/>
          <w:i w:val="0"/>
          <w:sz w:val="20"/>
        </w:rPr>
        <w:t>A well-developed public beach 10 minutes from the port with modern amenities, cafes, water sports, and a jogging track.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Fujairah Fort Hill &amp; Old Quarter: </w:t>
      </w:r>
      <w:r>
        <w:rPr>
          <w:rFonts w:ascii="Arial" w:hAnsi="Arial" w:cs="Arial"/>
          <w:b w:val="0"/>
          <w:i w:val="0"/>
          <w:sz w:val="20"/>
        </w:rPr>
        <w:t>Easy · ~1.5 km · 45 min — From Fujairah city taxi drop-off, walk up to the restored fort, take in views over the date palms…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Umbrella Beach Corniche Walk: </w:t>
      </w:r>
      <w:r>
        <w:rPr>
          <w:rFonts w:ascii="Arial" w:hAnsi="Arial" w:cs="Arial"/>
          <w:b w:val="0"/>
          <w:i w:val="0"/>
          <w:sz w:val="20"/>
        </w:rPr>
        <w:t>Easy · 2 km · 30 min — A leisurely flat walk along Fujairah's redeveloped public beach promenade, with cafes and sea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5:30AM–6:51PM · Jul 5:34AM–7:06PM · Sep 6:00AM–6:18PM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cruiseports.org/fujairah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Fujairah, Fujairah Emirate, United Arab Emirates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ujaira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Wadi Wurayah Biosphere Reserve محمية وادي الوريعة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Seqb Tunnel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Wadi Al Ghuna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Falak Wadi Dababir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Saha Tunnel (300m)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