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Friday Harbor, San Juan Island, Washington,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car-free, chain-free harbor town on San Juan Island where orcas cruise the kelp-lined shore and the biggest controversy in local history involved a pig. Small ships only — and all the better for it.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Small ships — docked at marina · 🕒 Typical call: 6–8 hrs · 💵 USD · 🗣️ English · 🐋 World-class whale watching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berth at Port of Friday Harbor Marina; small/expedition ships only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marina steps from Spring Street shops and restaurants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Whale watching, Pacific Northwest seafood, island cycling &amp; kayaking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Whale Museum &amp; a whale-watching boat trip to Lime Kiln Point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$20–$25 in-town — Eco Taxi and Friday Harbor Taxi serve the island. Useful for reaching farther points like Roche Harbor or Lime Kiln Stat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 · from 8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Watching Boat Tour — </w:t>
      </w:r>
      <w:r>
        <w:rPr>
          <w:rFonts w:ascii="Arial" w:hAnsi="Arial" w:cs="Arial"/>
          <w:b w:val="0"/>
          <w:i w:val="0"/>
          <w:sz w:val="20"/>
        </w:rPr>
        <w:t>The San Juan Islands sit astride the feeding grounds of the Southern Resident orcas.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Lime Kiln Point State Park — </w:t>
      </w:r>
      <w:r>
        <w:rPr>
          <w:rFonts w:ascii="Arial" w:hAnsi="Arial" w:cs="Arial"/>
          <w:b w:val="0"/>
          <w:i w:val="0"/>
          <w:sz w:val="20"/>
        </w:rPr>
        <w:t>Known as Whale Watch Park, this west-coast clifftop is one of the best land-based whale watching sites in the world.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 Juan Island National Historical Park — The Pig War — </w:t>
      </w:r>
      <w:r>
        <w:rPr>
          <w:rFonts w:ascii="Arial" w:hAnsi="Arial" w:cs="Arial"/>
          <w:b w:val="0"/>
          <w:i w:val="0"/>
          <w:sz w:val="20"/>
        </w:rPr>
        <w:t>In 1859 an American farmer shot a British pig, triggering a 12-year joint military occupation of the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the Harbor &amp; Kelp Forests — </w:t>
      </w:r>
      <w:r>
        <w:rPr>
          <w:rFonts w:ascii="Arial" w:hAnsi="Arial" w:cs="Arial"/>
          <w:b w:val="0"/>
          <w:i w:val="0"/>
          <w:sz w:val="20"/>
        </w:rPr>
        <w:t>Guided sea kayak tours depart from the marina and paddle into the kelp beds and rocky coves of Griffin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Whale Museum — </w:t>
      </w:r>
      <w:r>
        <w:rPr>
          <w:rFonts w:ascii="Arial" w:hAnsi="Arial" w:cs="Arial"/>
          <w:b w:val="0"/>
          <w:i w:val="0"/>
          <w:sz w:val="20"/>
        </w:rPr>
        <w:t>The first U.S.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Waterfront to Spring Street: </w:t>
      </w:r>
      <w:r>
        <w:rPr>
          <w:rFonts w:ascii="Arial" w:hAnsi="Arial" w:cs="Arial"/>
          <w:b w:val="0"/>
          <w:i w:val="0"/>
          <w:sz w:val="20"/>
        </w:rPr>
        <w:t>0.3 mi · Easy · 10–15 min — From the marina dock, stroll the waterfront boardwalk past moored vessels, then turn up Spring…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Sunken Park &amp; Ferry View: </w:t>
      </w:r>
      <w:r>
        <w:rPr>
          <w:rFonts w:ascii="Arial" w:hAnsi="Arial" w:cs="Arial"/>
          <w:b w:val="0"/>
          <w:i w:val="0"/>
          <w:sz w:val="20"/>
        </w:rPr>
        <w:t>0.5 mi · Easy · 20 min — Walk uphill from the dock to Sunken Park, a shady sunken garden above the ferry terminal, where you…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5:31AM–8:46PM · Jul 5:26AM–9:08PM · Sep 6:49AM–7:23PM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cruiseports.org/friday-harbor-wa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Friday Harbor, San Juan Island, Washington,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riday-harbor-w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Shaw County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John S. McMillin Memorial Mausoleum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Reuben Tarte County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Lime Kiln Point State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 Juan County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Western Prince Whale Watching Adventures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 Juan Islands Sculpture Park &amp; Nature Reserve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Whale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