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Freeport, Grand Bahama, Bahamas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Grand Bahama's wide-open island swaps Nassau's hustle for pine forests, one of the world's longest underwater cave systems, and beaches that stay blissfully uncrowded all day.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Pier port (Lucayan Harbour) · 🕒 Typical call: 7-9 hrs · 💵 USD accepted everywhere (BSD pegged 1:1) · 🗣️ English · 🏝️ Best beach: Gold Rock &amp; Lucayan Beach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Pier — Lucayan Harbour (no tender)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Port Lucaya is 10 mi away — taxi or tour required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Beaches, eco-nature, cave exploration, fresh conch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Gold Rock Beach &amp; Lucayan National Park caves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$10–15 one way — Taxis queue at the cruise terminal and run on fixed government rates. Fare to Port Lucaya Marketplace (the main tourist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Lucayan National Park &amp; Gold Rock Beach — </w:t>
      </w:r>
      <w:r>
        <w:rPr>
          <w:rFonts w:ascii="Arial" w:hAnsi="Arial" w:cs="Arial"/>
          <w:b w:val="0"/>
          <w:i w:val="0"/>
          <w:sz w:val="20"/>
        </w:rPr>
        <w:t>A Bahamas National Trust park protecting one of the world's longest charted underwater cave systems — with accessible limestone…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Lucayan Beach Day — </w:t>
      </w:r>
      <w:r>
        <w:rPr>
          <w:rFonts w:ascii="Arial" w:hAnsi="Arial" w:cs="Arial"/>
          <w:b w:val="0"/>
          <w:i w:val="0"/>
          <w:sz w:val="20"/>
        </w:rPr>
        <w:t>Right across from Port Lucaya Marketplace, this public white-sand beach has calm turquoise water, chair rentals, and water sports.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Snorkeling &amp; Reef Diving — </w:t>
      </w:r>
      <w:r>
        <w:rPr>
          <w:rFonts w:ascii="Arial" w:hAnsi="Arial" w:cs="Arial"/>
          <w:b w:val="0"/>
          <w:i w:val="0"/>
          <w:sz w:val="20"/>
        </w:rPr>
        <w:t>Grand Bahama sits above one of the world's longest underwater cave systems.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Garden of the Groves — </w:t>
      </w:r>
      <w:r>
        <w:rPr>
          <w:rFonts w:ascii="Arial" w:hAnsi="Arial" w:cs="Arial"/>
          <w:b w:val="0"/>
          <w:i w:val="0"/>
          <w:sz w:val="20"/>
        </w:rPr>
        <w:t>A 12-acre botanical garden with waterfalls, a hilltop chapel, migratory birds, a labyrinth, and an artisan café.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Conch &amp; Local Cuisine Tour — </w:t>
      </w:r>
      <w:r>
        <w:rPr>
          <w:rFonts w:ascii="Arial" w:hAnsi="Arial" w:cs="Arial"/>
          <w:b w:val="0"/>
          <w:i w:val="0"/>
          <w:sz w:val="20"/>
        </w:rPr>
        <w:t>Hit Taino Beach for Tony Macaroni's legendary roasted conch, fresh conch salad, and Sky Juice cocktails.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Port Lucaya Marketplace &amp; Marina Walk: </w:t>
      </w:r>
      <w:r>
        <w:rPr>
          <w:rFonts w:ascii="Arial" w:hAnsi="Arial" w:cs="Arial"/>
          <w:b w:val="0"/>
          <w:i w:val="0"/>
          <w:sz w:val="20"/>
        </w:rPr>
        <w:t>~1 mile | Easy | 30–45 min — After the taxi ride from the pier, wander the colorful Port Lucaya Marketplace around Count Basie…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24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15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19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30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20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5:37AM–8:13PM · Jul 5:35AM–8:32PM · Sep 6:39AM–7:07PM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cruiseports.org/freeport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Freeport, Grand Bahama, Bahamas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reeport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Jubilee Cathedral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Carnival's Celebration Key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Rand Nature Center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6.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Creative Eco Adventures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Coral Vita Grand Bahama Coral Farm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7.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Sanctuary Bay Grand Bahama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Celebration Key Suncastle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