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Frederikshavn, North Jutland, Denmark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Denmark's gateway to the north blends naval history, a Nordic beach strung with real palm trees in summer, and one of the world's easiest day trips — Skagen is 35 minutes away by train.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(no tender) · 🕒 Typical call: 7–10 hrs · 💵 Danish Krone (DKK) — nearly cashless · 🗣️ Danish / English widely spoken · 🚂 Train to Skagen: 35 min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at Frederikshavn Havn; walk or shuttle to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~1.5 km / 20–25 min flat walk to Danmarksgade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coastal scenery, day trip to Skagen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Krudttårnet tower and the Ellingå Viking ship at Bangsbo Museum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80–150 DKK (~$12–23 USD) — Local taxis are available at the terminal. Base fare is around 49 DKK with per-km charges; a short city-center ride runs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Krudttårnet — The Powder Tower — </w:t>
      </w:r>
      <w:r>
        <w:rPr>
          <w:rFonts w:ascii="Arial" w:hAnsi="Arial" w:cs="Arial"/>
          <w:b w:val="0"/>
          <w:i w:val="0"/>
          <w:sz w:val="20"/>
        </w:rPr>
        <w:t>Built in 1686 as part of Fladstrand Fortress, this massive round white tower is the symbol of Frederikshavn.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Kystmuseet Bangsbo — </w:t>
      </w:r>
      <w:r>
        <w:rPr>
          <w:rFonts w:ascii="Arial" w:hAnsi="Arial" w:cs="Arial"/>
          <w:b w:val="0"/>
          <w:i w:val="0"/>
          <w:sz w:val="20"/>
        </w:rPr>
        <w:t>Set in a 14th-century manor, this coastal museum houses the Ellingå ship — an excavated clinker-built vessel from around 1163…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Bangsbo Fort &amp; Pikkerbakken Viewpoint — </w:t>
      </w:r>
      <w:r>
        <w:rPr>
          <w:rFonts w:ascii="Arial" w:hAnsi="Arial" w:cs="Arial"/>
          <w:b w:val="0"/>
          <w:i w:val="0"/>
          <w:sz w:val="20"/>
        </w:rPr>
        <w:t>A hilltop plateau 82 metres above sea level with sweeping views over Frederikshavn and the Kattegat.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Palmestranden — The Palm Beach — </w:t>
      </w:r>
      <w:r>
        <w:rPr>
          <w:rFonts w:ascii="Arial" w:hAnsi="Arial" w:cs="Arial"/>
          <w:b w:val="0"/>
          <w:i w:val="0"/>
          <w:sz w:val="20"/>
        </w:rPr>
        <w:t>From May to September, the municipality plants 100 Canary Island date palms in the white sand, creating Scandinavia's only…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 Trip to Skagen — </w:t>
      </w:r>
      <w:r>
        <w:rPr>
          <w:rFonts w:ascii="Arial" w:hAnsi="Arial" w:cs="Arial"/>
          <w:b w:val="0"/>
          <w:i w:val="0"/>
          <w:sz w:val="20"/>
        </w:rPr>
        <w:t>Skagen is Denmark's northernmost town — famous for its yellow-ochre houses with red roofs, the Skagen Painters' artistic legacy…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Harbour to Town Centre Stroll: </w:t>
      </w:r>
      <w:r>
        <w:rPr>
          <w:rFonts w:ascii="Arial" w:hAnsi="Arial" w:cs="Arial"/>
          <w:b w:val="0"/>
          <w:i w:val="0"/>
          <w:sz w:val="20"/>
        </w:rPr>
        <w:t>1.5 km · 20–25 min · Flat · Easy — A straightforward flat walk from the cruise berth into the heart of town, taking in the waterfront…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Bangsbo Valley Loop: </w:t>
      </w:r>
      <w:r>
        <w:rPr>
          <w:rFonts w:ascii="Arial" w:hAnsi="Arial" w:cs="Arial"/>
          <w:b w:val="0"/>
          <w:i w:val="0"/>
          <w:sz w:val="20"/>
        </w:rPr>
        <w:t>~5 km · 1.5 hrs · Easy/Moderate · Bike recommended — Head south along the coast to the Bangsbo estate.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4:57AM–9:32PM · Jul 4:43AM–10:03PM · Sep 6:48AM–7:35PM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cruiseports.org/frederikshavn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Frederikshavn, North Jutland, Denmark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rederikshav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Nellemanns Have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Sæby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Sæby Vandmølle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Krudttårnet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Minibyen Sæby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Bangsbo Fort - Bunkermuseum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Den Selvejende Institution Sæbygård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Elling Kirke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