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Foula Island, Shetland,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Edge of the world, edge of the Atlantic. Foula is a 3-mile scrap of rock supporting 30 people, half a million seabirds, and some of Britain's most vertiginous cliffs — reached only by tender, weather permitting.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cruise berth) · 🕒 Typical call: 4–6 hrs · 💷 Currency: GBP (cash only) · 🗣️ Language: English · 🐦 Best May–Aug for seabirds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Ham Voe pier — weather-dependent; cancellations common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~30 min (1.5 mi) from pier to Hametoun; cliffs 2–3 miles on rough terrain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Birdwatching, dramatic hiking, remote island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Da Kame cliffs (1,220 ft sheer drop) and the bonxie colony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N/A — There are no taxis, hire cars, public buses, or commercial shuttles on Foula. Visitors should plan to explore entirely 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 Kame Cliff Walk — </w:t>
      </w:r>
      <w:r>
        <w:rPr>
          <w:rFonts w:ascii="Arial" w:hAnsi="Arial" w:cs="Arial"/>
          <w:b w:val="0"/>
          <w:i w:val="0"/>
          <w:sz w:val="20"/>
        </w:rPr>
        <w:t>The island's crown jewel: a 1,220-foot sheer sandstone wall dropping straight into the Atlantic.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Bonxie &amp; Puffin Colony — </w:t>
      </w:r>
      <w:r>
        <w:rPr>
          <w:rFonts w:ascii="Arial" w:hAnsi="Arial" w:cs="Arial"/>
          <w:b w:val="0"/>
          <w:i w:val="0"/>
          <w:sz w:val="20"/>
        </w:rPr>
        <w:t>Foula hosts one of the world's largest Great Skua (bonxie) colonies alongside thousands of nesting puffins, guillemots…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Hametoun &amp; Post Office — </w:t>
      </w:r>
      <w:r>
        <w:rPr>
          <w:rFonts w:ascii="Arial" w:hAnsi="Arial" w:cs="Arial"/>
          <w:b w:val="0"/>
          <w:i w:val="0"/>
          <w:sz w:val="20"/>
        </w:rPr>
        <w:t>The island's tiny settlement at Hametoun is roughly a 1.5-mile (30-minute) walk south from the pier along the single-track road.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Gaada Stack &amp; North Coast — </w:t>
      </w:r>
      <w:r>
        <w:rPr>
          <w:rFonts w:ascii="Arial" w:hAnsi="Arial" w:cs="Arial"/>
          <w:b w:val="0"/>
          <w:i w:val="0"/>
          <w:sz w:val="20"/>
        </w:rPr>
        <w:t>A striking natural sandstone sea arch on the island's north end, about 2 miles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Shetland Pony Spotting — </w:t>
      </w:r>
      <w:r>
        <w:rPr>
          <w:rFonts w:ascii="Arial" w:hAnsi="Arial" w:cs="Arial"/>
          <w:b w:val="0"/>
          <w:i w:val="0"/>
          <w:sz w:val="20"/>
        </w:rPr>
        <w:t>Foula is home to a genetically distinct strain of Shetland ponies that roam freely across the island.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 Voe to Hametoun: </w:t>
      </w:r>
      <w:r>
        <w:rPr>
          <w:rFonts w:ascii="Arial" w:hAnsi="Arial" w:cs="Arial"/>
          <w:b w:val="0"/>
          <w:i w:val="0"/>
          <w:sz w:val="20"/>
        </w:rPr>
        <w:t>1.5 miles · Easy · 30 min each way — Flat walk south along the island's single-track road from the pier to the small settlement.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 Voe to Da Kame Cliffs: </w:t>
      </w:r>
      <w:r>
        <w:rPr>
          <w:rFonts w:ascii="Arial" w:hAnsi="Arial" w:cs="Arial"/>
          <w:b w:val="0"/>
          <w:i w:val="0"/>
          <w:sz w:val="20"/>
        </w:rPr>
        <w:t>2.5 miles · Strenuous · 1.5–2 hrs each way — Head west from the pier, climbing steeply over boggy peat moorland to the cliff edge above Da Kame.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6:21AM–6:40PM · Jun 6:11AM–6:51PM · Aug 6:22AM–6:48PM · Sep 6:21AM–6:31PM · Oct 6:19AM–6:14PM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everything. Foula weather changes within minutes. Waterproof jacket, waterproof trousers, and proper hiking boots are non-negotiable if you leave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Bonxie defence: Great Skuas will dive-bomb your head during nesting season (May–Aug). Hold a walking stick or umbrella vertically — they target the highest…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only, bring it from the ship. No ATM, no card readers. If you want a postcard or local wool, bring British Pounds in small notes.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cruiseports.org/foula-island-scotland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