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Fort William, Scottish Highlands,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Outdoor Capital of the UK sits beneath Britain's highest mountain, where a tender ride onto Loch Linnhe pontoons drops you steps from a Highland town bristling with Jacobite history, a famous steam railway, and single-malt whisky.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💷 British Pound (GBP) · 🗣️ English / Scottish Gaelic · 🏔️ Outdoor &amp; scenic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Loch Linnhe; boats land at the Fort William Pontoons (West End Car Park; installed 2016, extended 2022 &amp; 2023)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1-2 min from tender pontoon to High Street (flat, paved)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Scenery, Jacobite train fans, whisky lovers, hikers, Harry Potter itineraries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Jacobite Steam Train (book months ahead) or watch it cross Glenfinnan Viaduct from below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£5–£10 (short trips) — Several local taxi companies serve the town including West Highland Taxis, Nevis Taxis, and Cloudy's Taxi. Ranks are nea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Jacobite Steam Train to Mallaig — </w:t>
      </w:r>
      <w:r>
        <w:rPr>
          <w:rFonts w:ascii="Arial" w:hAnsi="Arial" w:cs="Arial"/>
          <w:b w:val="0"/>
          <w:i w:val="0"/>
          <w:sz w:val="20"/>
        </w:rPr>
        <w:t>Board the "Hogwarts Express" at Fort William station for a 42-mile journey through the Highlands, crossing the Glenfinnan Viaduct…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Nevis Range Mountain Gondola — </w:t>
      </w:r>
      <w:r>
        <w:rPr>
          <w:rFonts w:ascii="Arial" w:hAnsi="Arial" w:cs="Arial"/>
          <w:b w:val="0"/>
          <w:i w:val="0"/>
          <w:sz w:val="20"/>
        </w:rPr>
        <w:t>The UK's only mountain gondola carries you 650m up Aonach Mòr for panoramic views of the Great Glen and Ben Nevis.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Glencoe Highland Excursion — </w:t>
      </w:r>
      <w:r>
        <w:rPr>
          <w:rFonts w:ascii="Arial" w:hAnsi="Arial" w:cs="Arial"/>
          <w:b w:val="0"/>
          <w:i w:val="0"/>
          <w:sz w:val="20"/>
        </w:rPr>
        <w:t>Drive 30 minutes south to Scotland's most dramatic glen — volcanic peaks, sweeping moorland, and the site of the 1692 Macdonald…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 Nevis Distillery Tour &amp; Tasting — </w:t>
      </w:r>
      <w:r>
        <w:rPr>
          <w:rFonts w:ascii="Arial" w:hAnsi="Arial" w:cs="Arial"/>
          <w:b w:val="0"/>
          <w:i w:val="0"/>
          <w:sz w:val="20"/>
        </w:rPr>
        <w:t>Founded in 1825 at the foot of Ben Nevis, this working single-malt distillery offers guided tours and drams of its distinctive…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Glenfinnan Viaduct Viewpoint (DIY) — </w:t>
      </w:r>
      <w:r>
        <w:rPr>
          <w:rFonts w:ascii="Arial" w:hAnsi="Arial" w:cs="Arial"/>
          <w:b w:val="0"/>
          <w:i w:val="0"/>
          <w:sz w:val="20"/>
        </w:rPr>
        <w:t>If you can't get Jacobite tickets, take the coach or hire a taxi to the Glenfinnan Monument &amp; Viaduct viewpoint.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 Street &amp; Town Centre Stroll: </w:t>
      </w:r>
      <w:r>
        <w:rPr>
          <w:rFonts w:ascii="Arial" w:hAnsi="Arial" w:cs="Arial"/>
          <w:b w:val="0"/>
          <w:i w:val="0"/>
          <w:sz w:val="20"/>
        </w:rPr>
        <w:t>0.5 miles · 20-30 min · Flat — From the pontoons, walk up to the High Street for the West Highland Museum (free; Jacobite relics)…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Inverlochy Castle Walk: </w:t>
      </w:r>
      <w:r>
        <w:rPr>
          <w:rFonts w:ascii="Arial" w:hAnsi="Arial" w:cs="Arial"/>
          <w:b w:val="0"/>
          <w:i w:val="0"/>
          <w:sz w:val="20"/>
        </w:rPr>
        <w:t>2.4 miles round-trip · 50-60 min · Flat/easy — Head north from the town center along the River Lochy to the ruins of a 13th-century castle…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5:03AM–9:31PM · Jul 4:50AM–10:01PM · Sep 6:52AM–7:37PM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cruiseports.org/fort-william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Fort William, Scottish Highlands,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t-willi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Nevis Weather Station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Inverlochy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Nevis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Nevis Visitor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Commando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Andrew's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Treasures of the Earth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