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Fort-de-France, Martinique,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France in the tropics — cobblestone squares meet AOC rum distilleries, a Byzantine library shipped from the 1889 World's Fair, and a 20-minute ferry to some of the best beaches in the Lesser Antilles.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💶 Currency: Euro (€) · 🗣️ Language: French / Creole · 🍹 AOC Rhum Agricole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Pointe Simon (city center) or Tourelles (~1 mile east)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2-5 min from Pointe Simon; 15-20 min from Tourelles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French-Creole food, rum tastings, colonial history, beach ferry day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Ferry to Pointe du Bout beach, Bibliothèque Schoelcher, Balata Gardens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~€10 from Tourelles terminal — Metered taxis wait at the pier exit with posted fares. The Tourelles terminal is a short 5-min ride to the center (~€10)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Balata Gardens &amp; Canopy Walkway — </w:t>
      </w:r>
      <w:r>
        <w:rPr>
          <w:rFonts w:ascii="Arial" w:hAnsi="Arial" w:cs="Arial"/>
          <w:b w:val="0"/>
          <w:i w:val="0"/>
          <w:sz w:val="20"/>
        </w:rPr>
        <w:t>World-class botanical garden 15 min north of the city in the rainforest, with thousands of tropical plants and suspension bridges…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Saint-Louis Guided Tour — </w:t>
      </w:r>
      <w:r>
        <w:rPr>
          <w:rFonts w:ascii="Arial" w:hAnsi="Arial" w:cs="Arial"/>
          <w:b w:val="0"/>
          <w:i w:val="0"/>
          <w:sz w:val="20"/>
        </w:rPr>
        <w:t>Active French naval fort dating from the 17th century, a 10-min walk from Pointe Simon.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Pointe du Bout Beaches — </w:t>
      </w:r>
      <w:r>
        <w:rPr>
          <w:rFonts w:ascii="Arial" w:hAnsi="Arial" w:cs="Arial"/>
          <w:b w:val="0"/>
          <w:i w:val="0"/>
          <w:sz w:val="20"/>
        </w:rPr>
        <w:t>Hop the Vedettes Madinina ferry from the waterfront to Les Trois-Îlets and discover calm, turquoise resort beaches at Anse Mitan…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Marché &amp; Rum Distillery — </w:t>
      </w:r>
      <w:r>
        <w:rPr>
          <w:rFonts w:ascii="Arial" w:hAnsi="Arial" w:cs="Arial"/>
          <w:b w:val="0"/>
          <w:i w:val="0"/>
          <w:sz w:val="20"/>
        </w:rPr>
        <w:t>Browse the covered spice market for vanilla, Creole spices, and local rum, then visit a nearby AOC Rhum Agricole distillery.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Scenic Island Drive: North Martinique &amp; Mount Pelée — </w:t>
      </w:r>
      <w:r>
        <w:rPr>
          <w:rFonts w:ascii="Arial" w:hAnsi="Arial" w:cs="Arial"/>
          <w:b w:val="0"/>
          <w:i w:val="0"/>
          <w:sz w:val="20"/>
        </w:rPr>
        <w:t>Full-day tour through lush rainforest to the volcano that destroyed the town of Saint-Pierre in 1902 — once called the 'Pompeii…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Fort-de-France City Loop: </w:t>
      </w:r>
      <w:r>
        <w:rPr>
          <w:rFonts w:ascii="Arial" w:hAnsi="Arial" w:cs="Arial"/>
          <w:b w:val="0"/>
          <w:i w:val="0"/>
          <w:sz w:val="20"/>
        </w:rPr>
        <w:t>2-3 hrs · Flat · ~2.5 miles · Free — From the pier, walk to La Savane park (12 acres, decapitated Josephine statue), then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Saint-Louis &amp; La Française Beach: </w:t>
      </w:r>
      <w:r>
        <w:rPr>
          <w:rFonts w:ascii="Arial" w:hAnsi="Arial" w:cs="Arial"/>
          <w:b w:val="0"/>
          <w:i w:val="0"/>
          <w:sz w:val="20"/>
        </w:rPr>
        <w:t>1-2 hrs · Easy · ~1 mile · Free (fort entry ~€8) — Head west from Pointe Simon along the waterfront to Fort Saint-Louis, the active 17th-century naval…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5:36AM–6:24PM · Jul 5:43AM–6:37PM · Sep 5:53AM–6:05PM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cruiseports.org/fort-de-france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Fort-de-France, Martinique,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ort-de-franc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de Balata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catholique Saint-Joseph à Saint-Joseph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Favorite Distillery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Mangofil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Departmental Museum of Archaeology and Prehistory of Martinique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Bibliothèque Schœlcher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Louis Catholic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Malecon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