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Formentera Island, Balearic Islands,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'Caribbean of the Mediterranean' — Formentera's impossibly turquoise waters and bohemian soul make it one of the most coveted shore days in the Balearics. No high-rises, no crowds by design, just powdery sand and posidonia-filtered sea.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cruise pier) · 🕒 Typical call: 6–8 hrs · 💶 Currency: Euro (€) · 🗣️ Spanish / Catalan · 🏖️ Best beaches in the Med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La Savina marina; large ships often dock Ibiza + ferry across (30–35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Steps from tender dock to La Savina village; rent a bike or scooter to explore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World-class beaches, e-biking, hippie markets, snorkeling in posidonia-clear water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Platja de Ses Illetes — consistently ranked among the world's best beaches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€10–€18 — Fixed-rate taxis from La Savina port. Sant Francesc Xavier (capital) costs ~€10–€15; Es Pujols ~€15–€18. Expect 30–45 mi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Platja de Ses Illetes Beach Day — </w:t>
      </w:r>
      <w:r>
        <w:rPr>
          <w:rFonts w:ascii="Arial" w:hAnsi="Arial" w:cs="Arial"/>
          <w:b w:val="0"/>
          <w:i w:val="0"/>
          <w:sz w:val="20"/>
        </w:rPr>
        <w:t>The headline act — a long spit of powdery white sand with impossibly shallow, turquoise water on both sides.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 de Barbaria Lighthouse &amp; Cliffs — </w:t>
      </w:r>
      <w:r>
        <w:rPr>
          <w:rFonts w:ascii="Arial" w:hAnsi="Arial" w:cs="Arial"/>
          <w:b w:val="0"/>
          <w:i w:val="0"/>
          <w:sz w:val="20"/>
        </w:rPr>
        <w:t>Drive or cycle to the island's southernmost tip, where a dramatic lighthouse stands above sheer cliffs.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Mola Hippie Market — </w:t>
      </w:r>
      <w:r>
        <w:rPr>
          <w:rFonts w:ascii="Arial" w:hAnsi="Arial" w:cs="Arial"/>
          <w:b w:val="0"/>
          <w:i w:val="0"/>
          <w:sz w:val="20"/>
        </w:rPr>
        <w:t>Running every Wednesday and Sunday from May to October on the island's elevated eastern plateau, this legendary market sells…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E-Bike Island Loop via Rutas Verdes — </w:t>
      </w:r>
      <w:r>
        <w:rPr>
          <w:rFonts w:ascii="Arial" w:hAnsi="Arial" w:cs="Arial"/>
          <w:b w:val="0"/>
          <w:i w:val="0"/>
          <w:sz w:val="20"/>
        </w:rPr>
        <w:t>Formentera has 30+ km of flat, dedicated green cycling routes connecting La Savina, Sant Francesc, Es Pujols, and the beaches.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Sant Francesc Xavier Village Stroll — </w:t>
      </w:r>
      <w:r>
        <w:rPr>
          <w:rFonts w:ascii="Arial" w:hAnsi="Arial" w:cs="Arial"/>
          <w:b w:val="0"/>
          <w:i w:val="0"/>
          <w:sz w:val="20"/>
        </w:rPr>
        <w:t>The island's charming capital.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Savina to Platja de Ses Illetes: </w:t>
      </w:r>
      <w:r>
        <w:rPr>
          <w:rFonts w:ascii="Arial" w:hAnsi="Arial" w:cs="Arial"/>
          <w:b w:val="0"/>
          <w:i w:val="0"/>
          <w:sz w:val="20"/>
        </w:rPr>
        <w:t>~4 km one-way | ~50 min | Easy, flat — Follow the main road north from the marina past the salt flats and Ses Salines Natural Park edge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Sant Francesc Xavier Village Walk: </w:t>
      </w:r>
      <w:r>
        <w:rPr>
          <w:rFonts w:ascii="Arial" w:hAnsi="Arial" w:cs="Arial"/>
          <w:b w:val="0"/>
          <w:i w:val="0"/>
          <w:sz w:val="20"/>
        </w:rPr>
        <w:t>1 km loop | ~30 min | Easy — Wander the pedestrianized streets of Formentera's island capital.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6:42AM–8:59PM · Jul 6:42AM–9:18PM · Sep 7:36AM–8:02PM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cruiseports.org/formentera-island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Formentera Island, Balearic Islands,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ormentera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 d’Etnografia de Formentera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Cala Saona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Molino viejo de la Mola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Punta Rasa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Platja de Ses Illetes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Platja de S'Alga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Torre de la Punta Prima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