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Fogo Island, São Filipe, Cape Verde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fire island of Cape Verde. An active 2,829 m volcano, a caldera you can drive into, colonial sobrado mansions in São Filipe, and wine and coffee grown in volcanic ash.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Cape Verdean Escudo (CVE) · 🗣️ Portuguese &amp; Cape Verdean Creole · 🧭 Mostly expedition &amp; small ships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Vale de Cavaleiros quay, ~3 km north of São Filipe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 km to São Filipe old town; short taxi or 30-40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hiking, the Chã das Caldeiras caldera, colonial architecture, volcanic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Chã das Caldeiras crater and the sobrados of São Filipe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 before riding — Yellow taxis are readily available in São Filipe at the port and town plaza. Fares are unmetered — always agree on a pri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Chã das Caldeiras &amp; Pico do Fogo — </w:t>
      </w:r>
      <w:r>
        <w:rPr>
          <w:rFonts w:ascii="Arial" w:hAnsi="Arial" w:cs="Arial"/>
          <w:b w:val="0"/>
          <w:i w:val="0"/>
          <w:sz w:val="20"/>
        </w:rPr>
        <w:t>Drive up into Chã das Caldeiras, the village inside the volcanic caldera at ~1,700 m, ringed by the black lava fields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São Filipe Old Town &amp; Sobrados Walk — </w:t>
      </w:r>
      <w:r>
        <w:rPr>
          <w:rFonts w:ascii="Arial" w:hAnsi="Arial" w:cs="Arial"/>
          <w:b w:val="0"/>
          <w:i w:val="0"/>
          <w:sz w:val="20"/>
        </w:rPr>
        <w:t>Wander Bila Baxo, the historic heart of São Filipe, with cobbled streets and 19th-century 'sobrados' — elegant two-storey…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Fogo Volcanic Wine &amp; Coffee Tasting — </w:t>
      </w:r>
      <w:r>
        <w:rPr>
          <w:rFonts w:ascii="Arial" w:hAnsi="Arial" w:cs="Arial"/>
          <w:b w:val="0"/>
          <w:i w:val="0"/>
          <w:sz w:val="20"/>
        </w:rPr>
        <w:t>Vines and coffee grow in the mineral-rich volcanic ash of Chã das Caldeiras, 1,500-2,000 m up.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Parque Natural do Fogo Scenic Drive — </w:t>
      </w:r>
      <w:r>
        <w:rPr>
          <w:rFonts w:ascii="Arial" w:hAnsi="Arial" w:cs="Arial"/>
          <w:b w:val="0"/>
          <w:i w:val="0"/>
          <w:sz w:val="20"/>
        </w:rPr>
        <w:t>The protected Parque Natural do Fogo wraps the volcano and caldera, with dramatic lava landscapes, endemic plants, and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Verdean Food &amp; Market — </w:t>
      </w:r>
      <w:r>
        <w:rPr>
          <w:rFonts w:ascii="Arial" w:hAnsi="Arial" w:cs="Arial"/>
          <w:b w:val="0"/>
          <w:i w:val="0"/>
          <w:sz w:val="20"/>
        </w:rPr>
        <w:t>Sample cachupa — Cape Verde's national slow-cooked hominy-and-bean stew — along with fresh fish and tropical fruit.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São Filipe Old Town &amp; Clifftop: </w:t>
      </w:r>
      <w:r>
        <w:rPr>
          <w:rFonts w:ascii="Arial" w:hAnsi="Arial" w:cs="Arial"/>
          <w:b w:val="0"/>
          <w:i w:val="0"/>
          <w:sz w:val="20"/>
        </w:rPr>
        <w:t>2 km · 1-1.5 hrs · Easy — Stroll the cobbled streets of Bila Baxo past colourful sobrado mansions and the town church,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Chã das Caldeiras Lava Walk: </w:t>
      </w:r>
      <w:r>
        <w:rPr>
          <w:rFonts w:ascii="Arial" w:hAnsi="Arial" w:cs="Arial"/>
          <w:b w:val="0"/>
          <w:i w:val="0"/>
          <w:sz w:val="20"/>
        </w:rPr>
        <w:t>2-3 km · 1-1.5 hrs · Easy to moderate — If your excursion brings you up to the caldera, walk across the 2014-2015 lava field in Chã das…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6:09AM–6:58PM · Jul 6:16AM–7:11PM · Sep 6:26AM–6:39PM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cruiseports.org/fogo-island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