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Florø, Sogn og Fjordane,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Norway's westernmost town greets you with pastel wooden houses, a pier you can walk right off into the town center, and an archipelago of islands crowned by a medieval stone church on wave-battered Kinn.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(Fugleskjær Quay) · 🕒 Typical call: 6–8 hrs · 💳 Cashless Norway — card everywhere · 🗣️ Norwegian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Fugleskjær Quay, central waterfront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2–5 min (200–300 m to Strandgata)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Island day trips, Coastal Museum, craft beer, coastal hiking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Express boat to Kinn Island &amp; 12th-century Kinn Church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140–200 NOK (~$13–19 USD) — Kinn Taxi AS (24/7) and Florø Drosjesentral serve the area. Short in-town trips are inexpensive given how compact Florø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Kinn Island &amp; Medieval Church — </w:t>
      </w:r>
      <w:r>
        <w:rPr>
          <w:rFonts w:ascii="Arial" w:hAnsi="Arial" w:cs="Arial"/>
          <w:b w:val="0"/>
          <w:i w:val="0"/>
          <w:sz w:val="20"/>
        </w:rPr>
        <w:t>Take the express boat 30 minutes across open water to Kinn, a wild grass-covered island.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Coastal Museum (Kystmuseet) — </w:t>
      </w:r>
      <w:r>
        <w:rPr>
          <w:rFonts w:ascii="Arial" w:hAnsi="Arial" w:cs="Arial"/>
          <w:b w:val="0"/>
          <w:i w:val="0"/>
          <w:sz w:val="20"/>
        </w:rPr>
        <w:t>A rewarding indoor/outdoor museum 2 km along the shore covering west-coast fishing, boatbuilding, and the herring boom that…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Brandsøyåsen Summit Hike — </w:t>
      </w:r>
      <w:r>
        <w:rPr>
          <w:rFonts w:ascii="Arial" w:hAnsi="Arial" w:cs="Arial"/>
          <w:b w:val="0"/>
          <w:i w:val="0"/>
          <w:sz w:val="20"/>
        </w:rPr>
        <w:t>Climb to the 293 m peak behind town for a 360° panorama of ocean, islands, and distant alpine peaks.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Kinn Brewery Tasting — </w:t>
      </w:r>
      <w:r>
        <w:rPr>
          <w:rFonts w:ascii="Arial" w:hAnsi="Arial" w:cs="Arial"/>
          <w:b w:val="0"/>
          <w:i w:val="0"/>
          <w:sz w:val="20"/>
        </w:rPr>
        <w:t>Kinn Bryggeri is one of Norway's most acclaimed craft breweries, known for open-fermentation English- and Belgian-style ales.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Svanøy Island &amp; Deer Centre — </w:t>
      </w:r>
      <w:r>
        <w:rPr>
          <w:rFonts w:ascii="Arial" w:hAnsi="Arial" w:cs="Arial"/>
          <w:b w:val="0"/>
          <w:i w:val="0"/>
          <w:sz w:val="20"/>
        </w:rPr>
        <w:t>Boat across to Svanøy, the 'Pearl of Sunnfjord' — a lush island with a 17th-century manor, Viking-age traces, and the Svanøy…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Stroll to Coastal Museum: </w:t>
      </w:r>
      <w:r>
        <w:rPr>
          <w:rFonts w:ascii="Arial" w:hAnsi="Arial" w:cs="Arial"/>
          <w:b w:val="0"/>
          <w:i w:val="0"/>
          <w:sz w:val="20"/>
        </w:rPr>
        <w:t>4 km round trip · 45–60 min · Easy · Free — Follow the shoreline path south-east from the pier along Markegata and the coastal promenade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Åsen Viewpoint Walk: </w:t>
      </w:r>
      <w:r>
        <w:rPr>
          <w:rFonts w:ascii="Arial" w:hAnsi="Arial" w:cs="Arial"/>
          <w:b w:val="0"/>
          <w:i w:val="0"/>
          <w:sz w:val="20"/>
        </w:rPr>
        <w:t>3 km round trip · 45 min · Easy-moderate · Free — A signed gravel trail from near the town centre winds up through birch woodland to Utsikten…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4:49AM–10:24PM · Jul 4:28AM–11:01PM · Sep 7:06AM–8:01PM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cruiseports.org/floro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Florø, Sogn og Fjordane,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r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Coastal Museum in Sogn og Fjordane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Svanøy Hovedgård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Brandsøyåsen Viewpoint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Ausevika rock carvings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